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智能科学学院接收2027级地方院校推荐免试硕士研究生（含直博生、参军入伍生）工作方案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智能科学学院接收2027级地方院校推荐免试硕士研究生（含直博生、参军入伍生）工作方案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一、接收对象与基本条件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接收对象为地方院校2027届应届本科毕业生，通过推荐免试方式攻读硕士研究生（含直博生、参军入伍生）。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申请人须拥护中国共产党的领导，品德良好，遵纪守法，身心健康，符合军队院校招生政治考核相关要求。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申请人须获得所在院校推荐免试资格，成绩排名专业前列，英语水平达到全国大学英语四级及以上（或相当水平）。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二、接收学科专业与名额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接收学科涵盖智能科学学院相关学术学位和专业学位硕士点，具体以当年招生专业目录为准。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直博生接收名额根据导师科研需求和学院整体计划确定。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参军入伍生接收名额及条件按军队有关政策执行，具体名额以学校下达计划为准。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申请时间：即日起至2026年9月下旬（具体截止时间以学校推免系统通知为准）。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申请材料包括：个人简历、本科阶段成绩单（加盖教务部门公章）、推免资格证明、英语水平证明、获奖证书及科研成果复印件等。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申请方式：通过学校研究生招生信息网推免系统在线提交申请，并将纸质材料寄送至学院教学科研办公室。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四、复试与录取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学院对申请材料进行初审，择优确定复试名单，复试时间预计为2026年9月中下旬，具体安排另行通知。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复试形式包括综合面试和外语能力测试，重点考察专业基础、科研潜质和综合素质。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通过复试且体检、政治考核合格者，由学院上报学校审批，最终录取名单以学校公示为准。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学院教学科研办公室电话：0731-84573388（工作日8:00-12:00，14:30-17:30）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邮箱：znkxyjs@nudt.edu.cn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学校研究生招生信息网：https://yjszs.nudt.edu.cn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通讯地址：湖南省长沙市开福区德雅路109号国防科技大学智能科学学院教学科研办公室，邮编410073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