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艺愿星用户使用协议及服务说明</w:t>
      </w:r>
    </w:p>
    <w:p>
      <w:pPr>
        <w:spacing w:after="80" w:lineRule="auto" w:line="360"/>
        <w:ind w:firstLine="482"/>
        <w:jc w:val="both"/>
      </w:pPr>
      <w:r>
        <w:rPr>
          <w:rFonts w:ascii="Times New Roman" w:hAnsi="Times New Roman" w:eastAsia="宋体"/>
          <w:b w:val="0"/>
          <w:sz w:val="24"/>
        </w:rPr>
        <w:t>发布日期：2026-09-02</w:t>
      </w:r>
    </w:p>
    <w:p>
      <w:pPr>
        <w:spacing w:before="160" w:after="80" w:lineRule="auto" w:line="360"/>
        <w:jc w:val="left"/>
      </w:pPr>
      <w:r>
        <w:rPr>
          <w:rFonts w:ascii="Times New Roman" w:hAnsi="Times New Roman" w:eastAsia="宋体"/>
          <w:b/>
          <w:sz w:val="28"/>
        </w:rPr>
        <w:t>一、产品服务概述</w:t>
      </w:r>
    </w:p>
    <w:p>
      <w:pPr>
        <w:spacing w:after="80" w:lineRule="auto" w:line="360"/>
        <w:ind w:firstLine="482"/>
        <w:jc w:val="both"/>
      </w:pPr>
      <w:r>
        <w:rPr>
          <w:rFonts w:ascii="Times New Roman" w:hAnsi="Times New Roman" w:eastAsia="宋体"/>
          <w:b w:val="0"/>
          <w:sz w:val="24"/>
        </w:rPr>
        <w:t>1. 本产品为艺术生量身定制的志愿填报工具，提供志愿填报智能服务、高校数据查询、专业就业多维解析、智能填报方案、报告解读、精准匹配专业方向、定制报考专属方案、深度剖析院校数据、全程贴心咨询服务、生涯VIP服务、招录数据历年可考、科学指导模拟方案、规避风险、生涯规划引领方向、专属服务全程相伴、高级工具赋能决策等功能。</w:t>
      </w:r>
    </w:p>
    <w:p>
      <w:pPr>
        <w:spacing w:after="80" w:lineRule="auto" w:line="360"/>
        <w:ind w:firstLine="482"/>
        <w:jc w:val="both"/>
      </w:pPr>
      <w:r>
        <w:rPr>
          <w:rFonts w:ascii="Times New Roman" w:hAnsi="Times New Roman" w:eastAsia="宋体"/>
          <w:b w:val="0"/>
          <w:sz w:val="24"/>
        </w:rPr>
        <w:t>2. 产品适用对象为艺术类学生及家长。</w:t>
      </w:r>
    </w:p>
    <w:p>
      <w:pPr>
        <w:spacing w:after="80" w:lineRule="auto" w:line="360"/>
        <w:ind w:firstLine="482"/>
        <w:jc w:val="both"/>
      </w:pPr>
      <w:r>
        <w:rPr>
          <w:rFonts w:ascii="Times New Roman" w:hAnsi="Times New Roman" w:eastAsia="宋体"/>
          <w:b w:val="0"/>
          <w:sz w:val="24"/>
        </w:rPr>
        <w:t>3. 适用范围为艺术类及体育类文理科（历史组/物理组）考生，自主招生暂不适用。</w:t>
      </w:r>
    </w:p>
    <w:p>
      <w:pPr>
        <w:spacing w:after="80" w:lineRule="auto" w:line="360"/>
        <w:ind w:firstLine="482"/>
        <w:jc w:val="both"/>
      </w:pPr>
      <w:r>
        <w:rPr>
          <w:rFonts w:ascii="Times New Roman" w:hAnsi="Times New Roman" w:eastAsia="宋体"/>
          <w:b w:val="0"/>
          <w:sz w:val="24"/>
        </w:rPr>
        <w:t>4. 本产品提供数据仅供志愿填报参考，不代表志愿最终填报结果。</w:t>
      </w:r>
    </w:p>
    <w:p>
      <w:pPr>
        <w:spacing w:after="80" w:lineRule="auto" w:line="360"/>
        <w:ind w:firstLine="482"/>
        <w:jc w:val="both"/>
      </w:pPr>
      <w:r>
        <w:rPr>
          <w:rFonts w:ascii="Times New Roman" w:hAnsi="Times New Roman" w:eastAsia="宋体"/>
          <w:b w:val="0"/>
          <w:sz w:val="24"/>
        </w:rPr>
        <w:t>5. 由于服务自身特点，一经售出，概不退款，请购买前仔细查看产品描述及用户协议，避免纠纷。</w:t>
      </w:r>
    </w:p>
    <w:p>
      <w:pPr>
        <w:spacing w:before="160" w:after="80" w:lineRule="auto" w:line="360"/>
        <w:jc w:val="left"/>
      </w:pPr>
      <w:r>
        <w:rPr>
          <w:rFonts w:ascii="Times New Roman" w:hAnsi="Times New Roman" w:eastAsia="宋体"/>
          <w:b/>
          <w:sz w:val="28"/>
        </w:rPr>
        <w:t>二、用户须知</w:t>
      </w:r>
    </w:p>
    <w:p>
      <w:pPr>
        <w:spacing w:after="80" w:lineRule="auto" w:line="360"/>
        <w:ind w:firstLine="482"/>
        <w:jc w:val="both"/>
      </w:pPr>
      <w:r>
        <w:rPr>
          <w:rFonts w:ascii="Times New Roman" w:hAnsi="Times New Roman" w:eastAsia="宋体"/>
          <w:b w:val="0"/>
          <w:sz w:val="24"/>
        </w:rPr>
        <w:t>1. 艺愿星及其涉及到的产品、相关软件的所有权和运作权归邯郸市伯函网络科技有限公司所有，伯函科技享有对艺愿星在线上一切活动的监督、提示、检查、纠正及处罚等权利。用户在注册程序过程中点击"同意"按钮完成注册，即表示用户与伯函科技已达成协议，自愿接受本服务条款的所有内容。如不同意接受本协议的全部或部分条件和条款，请勿通过网页、App应用程序、小程序或任何其他载体访问或使用艺愿星。</w:t>
      </w:r>
    </w:p>
    <w:p>
      <w:pPr>
        <w:spacing w:after="80" w:lineRule="auto" w:line="360"/>
        <w:ind w:firstLine="482"/>
        <w:jc w:val="both"/>
      </w:pPr>
      <w:r>
        <w:rPr>
          <w:rFonts w:ascii="Times New Roman" w:hAnsi="Times New Roman" w:eastAsia="宋体"/>
          <w:b w:val="0"/>
          <w:sz w:val="24"/>
        </w:rPr>
        <w:t>2. 艺愿星提供艺考志愿填报信息服务，旨在提供信息供用户填报志愿时参考，未满18周岁的限制民事行为能力人使用艺愿星的服务将被视作与其年龄、智力相适应的民事活动，若对此不确定请停止使用艺愿星的服务。</w:t>
      </w:r>
    </w:p>
    <w:p>
      <w:pPr>
        <w:spacing w:after="80" w:lineRule="auto" w:line="360"/>
        <w:ind w:firstLine="482"/>
        <w:jc w:val="both"/>
      </w:pPr>
      <w:r>
        <w:rPr>
          <w:rFonts w:ascii="Times New Roman" w:hAnsi="Times New Roman" w:eastAsia="宋体"/>
          <w:b w:val="0"/>
          <w:sz w:val="24"/>
        </w:rPr>
        <w:t>3. 本协议可能因国家政策、产品及履行环境变化或业务发展需要而多次修改，修改后的协议发布在网站上即为生效。若对修改后的协议有异议，请立即停止登录账户及停止使用产品和服务；若继续使用，视为对修改后协议予以认可。</w:t>
      </w:r>
    </w:p>
    <w:p>
      <w:pPr>
        <w:spacing w:before="160" w:after="80" w:lineRule="auto" w:line="360"/>
        <w:jc w:val="left"/>
      </w:pPr>
      <w:r>
        <w:rPr>
          <w:rFonts w:ascii="Times New Roman" w:hAnsi="Times New Roman" w:eastAsia="宋体"/>
          <w:b/>
          <w:sz w:val="28"/>
        </w:rPr>
        <w:t>三、用户服务条款</w:t>
      </w:r>
    </w:p>
    <w:p>
      <w:pPr>
        <w:spacing w:after="80" w:lineRule="auto" w:line="360"/>
        <w:ind w:firstLine="482"/>
        <w:jc w:val="both"/>
      </w:pPr>
      <w:r>
        <w:rPr>
          <w:rFonts w:ascii="Times New Roman" w:hAnsi="Times New Roman" w:eastAsia="宋体"/>
          <w:b w:val="0"/>
          <w:sz w:val="24"/>
        </w:rPr>
        <w:t>1. 用户通过任一通道注册并接受本协议均具有同等效力。</w:t>
      </w:r>
    </w:p>
    <w:p>
      <w:pPr>
        <w:spacing w:after="80" w:lineRule="auto" w:line="360"/>
        <w:ind w:firstLine="482"/>
        <w:jc w:val="both"/>
      </w:pPr>
      <w:r>
        <w:rPr>
          <w:rFonts w:ascii="Times New Roman" w:hAnsi="Times New Roman" w:eastAsia="宋体"/>
          <w:b w:val="0"/>
          <w:sz w:val="24"/>
        </w:rPr>
        <w:t>2. 艺愿星帐号及其中含有的、输入的或生成的全部数据、信息、上传内容的所有权及知识产权均属于伯函科技所有。用户注册的账号仅限于本人使用，禁止赠与、借用、租用、转让或售卖。</w:t>
      </w:r>
    </w:p>
    <w:p>
      <w:pPr>
        <w:spacing w:after="80" w:lineRule="auto" w:line="360"/>
        <w:ind w:firstLine="482"/>
        <w:jc w:val="both"/>
      </w:pPr>
      <w:r>
        <w:rPr>
          <w:rFonts w:ascii="Times New Roman" w:hAnsi="Times New Roman" w:eastAsia="宋体"/>
          <w:b w:val="0"/>
          <w:sz w:val="24"/>
        </w:rPr>
        <w:t>3. 用户应保证注册时填写的信息真实有效，任何非法、不真实、不准确的用户信息所产生的责任由用户自行承担，艺愿星不承担任何责任。</w:t>
      </w:r>
    </w:p>
    <w:p>
      <w:pPr>
        <w:spacing w:after="80" w:lineRule="auto" w:line="360"/>
        <w:ind w:firstLine="482"/>
        <w:jc w:val="both"/>
      </w:pPr>
      <w:r>
        <w:rPr>
          <w:rFonts w:ascii="Times New Roman" w:hAnsi="Times New Roman" w:eastAsia="宋体"/>
          <w:b w:val="0"/>
          <w:sz w:val="24"/>
        </w:rPr>
        <w:t>4. 艺愿星产品及服务包括网站、网页应用、软件以及内涵的文字、图片、色彩、图表、视频、音频、版面设计和编排、数据或数据分析结论等，受版权、商标权和其它知识产权及所有权法律保护。用户只能在授权下使用这些内容，不得擅自复制、修改、编撰或创造衍生品。</w:t>
      </w:r>
    </w:p>
    <w:p>
      <w:pPr>
        <w:spacing w:after="80" w:lineRule="auto" w:line="360"/>
        <w:ind w:firstLine="482"/>
        <w:jc w:val="both"/>
      </w:pPr>
      <w:r>
        <w:rPr>
          <w:rFonts w:ascii="Times New Roman" w:hAnsi="Times New Roman" w:eastAsia="宋体"/>
          <w:b w:val="0"/>
          <w:sz w:val="24"/>
        </w:rPr>
        <w:t>5. 用户应承诺提供信息和数据的真实性，符合及时、详尽、真实、准确的要求。</w:t>
      </w:r>
    </w:p>
    <w:p>
      <w:pPr>
        <w:spacing w:after="80" w:lineRule="auto" w:line="360"/>
        <w:ind w:firstLine="482"/>
        <w:jc w:val="both"/>
      </w:pPr>
      <w:r>
        <w:rPr>
          <w:rFonts w:ascii="Times New Roman" w:hAnsi="Times New Roman" w:eastAsia="宋体"/>
          <w:b w:val="0"/>
          <w:sz w:val="24"/>
        </w:rPr>
        <w:t>6. 艺愿星可能修改、暂停或终止任何产品和服务，或通过收费或有偿方式设置使用权限，亦可能单方自行定价或更改价格，在法律允许范围内，更改在公告后生效。</w:t>
      </w:r>
    </w:p>
    <w:p>
      <w:pPr>
        <w:spacing w:after="80" w:lineRule="auto" w:line="360"/>
        <w:ind w:firstLine="482"/>
        <w:jc w:val="both"/>
      </w:pPr>
      <w:r>
        <w:rPr>
          <w:rFonts w:ascii="Times New Roman" w:hAnsi="Times New Roman" w:eastAsia="宋体"/>
          <w:b w:val="0"/>
          <w:sz w:val="24"/>
        </w:rPr>
        <w:t>7. 用户账户或行为如可能违反本协议或法律，艺愿星保留限制、暂停或终止账户的权利。</w:t>
      </w:r>
    </w:p>
    <w:p>
      <w:pPr>
        <w:spacing w:before="160" w:after="80" w:lineRule="auto" w:line="360"/>
        <w:jc w:val="left"/>
      </w:pPr>
      <w:r>
        <w:rPr>
          <w:rFonts w:ascii="Times New Roman" w:hAnsi="Times New Roman" w:eastAsia="宋体"/>
          <w:b/>
          <w:sz w:val="28"/>
        </w:rPr>
        <w:t>四、用户使用规则</w:t>
      </w:r>
    </w:p>
    <w:p>
      <w:pPr>
        <w:spacing w:after="80" w:lineRule="auto" w:line="360"/>
        <w:ind w:firstLine="482"/>
        <w:jc w:val="both"/>
      </w:pPr>
      <w:r>
        <w:rPr>
          <w:rFonts w:ascii="Times New Roman" w:hAnsi="Times New Roman" w:eastAsia="宋体"/>
          <w:b w:val="0"/>
          <w:sz w:val="24"/>
        </w:rPr>
        <w:t>1. 用户不得使用艺愿星发送或传播敏感信息和违反国家法律制度的信息，包括但不限于：反对宪法所确定的基本原则的；危害国家安全、泄露国家秘密、颠覆国家政权、破坏国家统一的；损害国家荣誉和利益的；煽动民族仇恨、民族歧视、破坏民族团结的；破坏国家宗教政策、宣扬邪教和封建迷信的；散布谣言、扰乱社会秩序、破坏社会稳定的；散布淫秽、色情、赌博、暴力、凶杀、恐怖或教唆犯罪的；侮辱或诽谤他人、侵害他人合法权益的；含有法律、行政法规禁止的其他内容的。</w:t>
      </w:r>
    </w:p>
    <w:p>
      <w:pPr>
        <w:spacing w:after="80" w:lineRule="auto" w:line="360"/>
        <w:ind w:firstLine="482"/>
        <w:jc w:val="both"/>
      </w:pPr>
      <w:r>
        <w:rPr>
          <w:rFonts w:ascii="Times New Roman" w:hAnsi="Times New Roman" w:eastAsia="宋体"/>
          <w:b w:val="0"/>
          <w:sz w:val="24"/>
        </w:rPr>
        <w:t>2. 用户使用服务过程中必须遵循：遵守中国有关法律和法规；不得为任何非法目的而使用网络服务系统；遵守所有与网络服务有关的网络协议、规定和程序；不得进行任何可能对互联网正常运转造成不利影响的行为；不得传输任何骚扰性、中伤他人、辱骂性、恐吓性、庸俗淫秽或其他非法信息资料；不得进行任何不利于伯函科技的行为。</w:t>
      </w:r>
    </w:p>
    <w:p>
      <w:pPr>
        <w:spacing w:after="80" w:lineRule="auto" w:line="360"/>
        <w:ind w:firstLine="482"/>
        <w:jc w:val="both"/>
      </w:pPr>
      <w:r>
        <w:rPr>
          <w:rFonts w:ascii="Times New Roman" w:hAnsi="Times New Roman" w:eastAsia="宋体"/>
          <w:b w:val="0"/>
          <w:sz w:val="24"/>
        </w:rPr>
        <w:t>3. 未经授权收集、复制、使用、传播、出租、租借、交易、销售及承诺销售艺愿星产品和服务上的内容、信息或数据，艺愿星可追究其法律责任。</w:t>
      </w:r>
    </w:p>
    <w:p>
      <w:pPr>
        <w:spacing w:after="80" w:lineRule="auto" w:line="360"/>
        <w:ind w:firstLine="482"/>
        <w:jc w:val="both"/>
      </w:pPr>
      <w:r>
        <w:rPr>
          <w:rFonts w:ascii="Times New Roman" w:hAnsi="Times New Roman" w:eastAsia="宋体"/>
          <w:b w:val="0"/>
          <w:sz w:val="24"/>
        </w:rPr>
        <w:t>4. 禁止任何通过逆向工程、反编译、反汇编、破译或试图得出艺愿星产品及服务或任何相关技术源码的全部或任何部分的行为。</w:t>
      </w:r>
    </w:p>
    <w:p>
      <w:pPr>
        <w:spacing w:after="80" w:lineRule="auto" w:line="360"/>
        <w:ind w:firstLine="482"/>
        <w:jc w:val="both"/>
      </w:pPr>
      <w:r>
        <w:rPr>
          <w:rFonts w:ascii="Times New Roman" w:hAnsi="Times New Roman" w:eastAsia="宋体"/>
          <w:b w:val="0"/>
          <w:sz w:val="24"/>
        </w:rPr>
        <w:t>联系方式：邯郸市伯函网络科技有限公司（艺愿星产品运营方）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