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贵州师范大学历史与政治学院2026年硕士研究生招生（推免）复试成绩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总计3人，分专业明细：学科教学（思政）2人、中国史1人。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学科教学（思政）、中国史，共2个专业。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按专业分组，以专业课测试、专业面试两项成绩之和为总成绩，总成绩为各项得分直接相加。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原文未明确公示期起止时间。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原文未提及递补名单或考核未通过人数。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