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名师工作室</w:t>
      </w:r>
    </w:p>
    <w:p/>
    <w:p>
      <w:r>
        <w:t>实验室管理</w:t>
      </w:r>
    </w:p>
    <w:p>
      <w:r>
        <w:t>资料下载</w:t>
      </w:r>
    </w:p>
    <w:p>
      <w:r>
        <w:t>学生天地</w:t>
      </w:r>
    </w:p>
    <w:p>
      <w:r>
        <w:t>学工办</w:t>
      </w:r>
    </w:p>
    <w:p>
      <w:r>
        <w:t>团学组织</w:t>
      </w:r>
    </w:p>
    <w:p>
      <w:r>
        <w:t>学生活动</w:t>
      </w:r>
    </w:p>
    <w:p>
      <w:r>
        <w:t>励学榜样</w:t>
      </w:r>
    </w:p>
    <w:p>
      <w:r>
        <w:t>学生社团</w:t>
      </w:r>
    </w:p>
    <w:p>
      <w:r>
        <w:t>党群工作</w:t>
      </w:r>
    </w:p>
    <w:p>
      <w:r>
        <w:t>组织结构</w:t>
      </w:r>
    </w:p>
    <w:p>
      <w:r>
        <w:t>组织发展</w:t>
      </w:r>
    </w:p>
    <w:p>
      <w:r>
        <w:t>专题学习</w:t>
      </w:r>
    </w:p>
    <w:p>
      <w:r>
        <w:t>组织活动</w:t>
      </w:r>
    </w:p>
    <w:p>
      <w:r>
        <w:t>工会活动</w:t>
      </w:r>
    </w:p>
    <w:p>
      <w:r>
        <w:t>校友之家</w:t>
      </w:r>
    </w:p>
    <w:p>
      <w:r>
        <w:t>校友会</w:t>
      </w:r>
    </w:p>
    <w:p>
      <w:r>
        <w:t>校友动态</w:t>
      </w:r>
    </w:p>
    <w:p>
      <w:r>
        <w:t>校友风采</w:t>
      </w:r>
    </w:p>
    <w:p>
      <w:r>
        <w:t>校友交流</w:t>
      </w:r>
    </w:p>
    <w:p>
      <w:r>
        <w:t>校友联络大使</w:t>
      </w:r>
    </w:p>
    <w:p>
      <w:r>
        <w:t>历届毕业生</w:t>
      </w:r>
    </w:p>
    <w:p>
      <w:r>
        <w:t>网站首页</w:t>
      </w:r>
    </w:p>
    <w:p>
      <w:r>
        <w:t>学院要闻</w:t>
      </w:r>
    </w:p>
    <w:p>
      <w:r>
        <w:t>通知公告</w:t>
      </w:r>
    </w:p>
    <w:p>
      <w:r>
        <w:t>历任领导</w:t>
      </w:r>
    </w:p>
    <w:p>
      <w:r>
        <w:t>机构设置</w:t>
      </w:r>
    </w:p>
    <w:p>
      <w:r>
        <w:t>历史沿革</w:t>
      </w:r>
    </w:p>
    <w:p>
      <w:r>
        <w:t>学院文化</w:t>
      </w:r>
    </w:p>
    <w:p>
      <w:r>
        <w:t>教师概况</w:t>
      </w:r>
    </w:p>
    <w:p>
      <w:r>
        <w:t>教学名师</w:t>
      </w:r>
    </w:p>
    <w:p>
      <w:r>
        <w:t>教授</w:t>
      </w:r>
    </w:p>
    <w:p>
      <w:r>
        <w:t>副教授</w:t>
      </w:r>
    </w:p>
    <w:p>
      <w:r>
        <w:t>讲师</w:t>
      </w:r>
    </w:p>
    <w:p>
      <w:r>
        <w:t>荣休教师</w:t>
      </w:r>
    </w:p>
    <w:p>
      <w:r>
        <w:t>本科生教育</w:t>
      </w:r>
    </w:p>
    <w:p>
      <w:r>
        <w:t>研究生教育</w:t>
      </w:r>
    </w:p>
    <w:p>
      <w:r>
        <w:t>质量工程</w:t>
      </w:r>
    </w:p>
    <w:p>
      <w:r>
        <w:t>名师工作室</w:t>
      </w:r>
    </w:p>
    <w:p/>
    <w:p/>
    <w:p>
      <w:r>
        <w:t>党群工作</w:t>
      </w:r>
    </w:p>
    <w:p>
      <w:r>
        <w:t>组织结构</w:t>
      </w:r>
    </w:p>
    <w:p>
      <w:r>
        <w:t>组织发展</w:t>
      </w:r>
    </w:p>
    <w:p>
      <w:r>
        <w:t>专题学习</w:t>
      </w:r>
    </w:p>
    <w:p>
      <w:r>
        <w:t>组织活动</w:t>
      </w:r>
    </w:p>
    <w:p>
      <w:r>
        <w:t>工会活动</w:t>
      </w:r>
    </w:p>
    <w:p>
      <w:r>
        <w:t>校友之家</w:t>
      </w:r>
    </w:p>
    <w:p>
      <w:r>
        <w:t>校友会</w:t>
      </w:r>
    </w:p>
    <w:p>
      <w:r>
        <w:t>校友动态</w:t>
      </w:r>
    </w:p>
    <w:p>
      <w:r>
        <w:t>校友风采</w:t>
      </w:r>
    </w:p>
    <w:p>
      <w:r>
        <w:t>校友交流</w:t>
      </w:r>
    </w:p>
    <w:p>
      <w:r>
        <w:t>校友联络大使</w:t>
      </w:r>
    </w:p>
    <w:p>
      <w:r>
        <w:t>历届毕业生</w:t>
      </w:r>
    </w:p>
    <w:p>
      <w:r>
        <w:t>最新动态</w:t>
      </w:r>
    </w:p>
    <w:p>
      <w:r>
        <w:t>2025-09-22</w:t>
      </w:r>
    </w:p>
    <w:p>
      <w:r>
        <w:t>经济管理学院2024-2025学年本科生国家奖学金公示</w:t>
      </w:r>
    </w:p>
    <w:p>
      <w:r>
        <w:t>2025-09-22</w:t>
      </w:r>
    </w:p>
    <w:p>
      <w:r>
        <w:t>北方工业大学经济管理学院2026年招收推荐免试硕士学位研究生复试工作办法</w:t>
      </w:r>
    </w:p>
    <w:p>
      <w:r>
        <w:t>2025-09-09</w:t>
      </w:r>
    </w:p>
    <w:p>
      <w:r>
        <w:t>北方工业大学经济管理学院关于接收2026年全日制硕士推免生预报名的通知</w:t>
      </w:r>
    </w:p>
    <w:p>
      <w:r>
        <w:t>2025-08-31</w:t>
      </w:r>
    </w:p>
    <w:p>
      <w:r>
        <w:t>北方工业大学经济管理学院2026年推荐优秀应届本科毕业生免试攻读研究生遴选推荐实施办法</w:t>
      </w:r>
    </w:p>
    <w:p>
      <w:r>
        <w:t>2025-04-15</w:t>
      </w:r>
    </w:p>
    <w:p>
      <w:r>
        <w:t>北方工业大学经济管理学院2025年硕士生招生调剂考生复试结果——工商管理学</w:t>
      </w:r>
    </w:p>
    <w:p>
      <w:r>
        <w:t>2025-04-15</w:t>
      </w:r>
    </w:p>
    <w:p>
      <w:r>
        <w:t>北方工业大学经济管理学院2025年硕士生招生调剂考生复试结果——应用经济学递补</w:t>
      </w:r>
    </w:p>
    <w:p>
      <w:r>
        <w:t>通知公告</w:t>
      </w:r>
    </w:p>
    <w:p>
      <w:r>
        <w:t>当前位置：</w:t>
      </w:r>
    </w:p>
    <w:p>
      <w:r>
        <w:t>网站首页</w:t>
      </w:r>
    </w:p>
    <w:p>
      <w:r>
        <w:t>-&gt;</w:t>
      </w:r>
    </w:p>
    <w:p>
      <w:r>
        <w:t>通知公告</w:t>
      </w:r>
    </w:p>
    <w:p>
      <w:r>
        <w:t>-&gt;</w:t>
      </w:r>
    </w:p>
    <w:p>
      <w:r>
        <w:t>正文</w:t>
      </w:r>
    </w:p>
    <w:p>
      <w:r>
        <w:t>经济管理学院2025年推荐优秀应届本科毕业生免试攻读研究生拟推荐名单公示</w:t>
      </w:r>
    </w:p>
    <w:p>
      <w:r>
        <w:t>信息来源：</w:t>
      </w:r>
    </w:p>
    <w:p>
      <w:r>
        <w:t>经济管理学院2024年教师工作岗位聘任实施细则</w:t>
      </w:r>
    </w:p>
    <w:p>
      <w:r>
        <w:t>关于举办2024年 “学创杯”全国大学生创业综合模拟大赛校内选拔赛通知</w:t>
      </w:r>
    </w:p>
    <w:p>
      <w:r>
        <w:t>地址：北京市石景山区晋元庄路5号</w:t>
      </w:r>
    </w:p>
    <w:p>
      <w:r>
        <w:t>电话：010-88803286</w:t>
      </w:r>
    </w:p>
    <w:p>
      <w:r>
        <w:t>邮编：100144</w:t>
      </w:r>
    </w:p>
    <w:p>
      <w:r>
        <w:t>版权所有 北方工业大学 经济管理学院 京公网安备 110402430037号</w:t>
      </w:r>
    </w:p>
    <w:p>
      <w:r>
        <w:t>学院公众号</w:t>
      </w:r>
    </w:p>
    <w:p>
      <w:r>
        <w:t>实验中心公众号</w:t>
      </w:r>
    </w:p>
    <w:p>
      <w:r>
        <w:t>团学公众号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