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Rule="auto" w:line="360" w:before="240"/>
        <w:ind w:firstLine="0"/>
        <w:jc w:val="center"/>
      </w:pPr>
      <w:r>
        <w:rPr>
          <w:rFonts w:ascii="Times New Roman" w:hAnsi="Times New Roman" w:eastAsia="宋体"/>
          <w:b/>
          <w:sz w:val="32"/>
        </w:rPr>
        <w:t>数学科学学院预接受2023级本科生名单</w:t>
      </w:r>
    </w:p>
    <w:p>
      <w:pPr>
        <w:spacing w:after="60" w:lineRule="auto" w:line="360" w:before="120"/>
        <w:ind w:firstLine="0"/>
        <w:jc w:val="left"/>
      </w:pPr>
      <w:r>
        <w:rPr>
          <w:rFonts w:ascii="Times New Roman" w:hAnsi="Times New Roman" w:eastAsia="宋体"/>
          <w:b/>
          <w:color w:val="808080"/>
          <w:sz w:val="24"/>
        </w:rPr>
        <w:t>创建时间: 2024-05-27</w:t>
      </w:r>
    </w:p>
    <w:p>
      <w:pPr>
        <w:spacing w:after="60" w:lineRule="auto" w:line="360" w:before="12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欧阳艳华</w:t>
      </w:r>
    </w:p>
    <w:p>
      <w:pPr>
        <w:spacing w:after="60" w:lineRule="auto" w:line="360" w:before="12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创建时间: 2024-05-27</w:t>
      </w:r>
    </w:p>
    <w:p>
      <w:pPr>
        <w:spacing w:after="80" w:lineRule="auto" w:line="360" w:before="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根据《中国科学院大学本科生主修专业确认实施办法》和2023级本科生主修专业确认工作方案，数学学院对杨鑫迪等37位同学的主修数学与应用数学专业预确认的申请进行了审核，确定了预接受学生名单，现将名单进行公示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568"/>
        <w:gridCol w:w="1568"/>
        <w:gridCol w:w="1568"/>
        <w:gridCol w:w="1568"/>
        <w:gridCol w:w="1568"/>
        <w:gridCol w:w="1568"/>
      </w:tblGrid>
      <w:tr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序号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姓名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性别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学号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招生录取专业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预接受专业</w:t>
            </w:r>
          </w:p>
        </w:tc>
      </w:tr>
      <w:tr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杨鑫迪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2023K8009916010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心理学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数学与应用数学</w:t>
            </w:r>
          </w:p>
        </w:tc>
      </w:tr>
      <w:tr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叶临风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2023K8009916007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心理学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数学与应用数学</w:t>
            </w:r>
          </w:p>
        </w:tc>
      </w:tr>
      <w:tr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蒋与同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2023K8009910011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人文地理与城乡规划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数学与应用数学</w:t>
            </w:r>
          </w:p>
        </w:tc>
      </w:tr>
      <w:tr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王瑞麟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2023K8009937010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环境科学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数学与应用数学</w:t>
            </w:r>
          </w:p>
        </w:tc>
      </w:tr>
      <w:tr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刘宇航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2023K8009937007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环境科学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数学与应用数学</w:t>
            </w:r>
          </w:p>
        </w:tc>
      </w:tr>
      <w:tr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李彦衡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2023K8009937006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环境科学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数学与应用数学</w:t>
            </w:r>
          </w:p>
        </w:tc>
      </w:tr>
      <w:tr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温宜晓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2023K8009910003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人文地理与城乡规划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数学与应用数学</w:t>
            </w:r>
          </w:p>
        </w:tc>
      </w:tr>
      <w:tr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王首硕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2023K8009918019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理论与应用力学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数学与应用数学</w:t>
            </w:r>
          </w:p>
        </w:tc>
      </w:tr>
      <w:tr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高晋勋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2023K8009918005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理论与应用力学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数学与应用数学</w:t>
            </w:r>
          </w:p>
        </w:tc>
      </w:tr>
      <w:tr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安思成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2023K8009918001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理论与应用力学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数学与应用数学</w:t>
            </w:r>
          </w:p>
        </w:tc>
      </w:tr>
      <w:tr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刘翕然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2023K8009909003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天文学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数学与应用数学</w:t>
            </w:r>
          </w:p>
        </w:tc>
      </w:tr>
      <w:tr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陈煦垚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2023K8009929015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数学与应用数学</w:t>
            </w:r>
          </w:p>
        </w:tc>
      </w:tr>
      <w:tr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胡格致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2023K8009929002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数学与应用数学</w:t>
            </w:r>
          </w:p>
        </w:tc>
      </w:tr>
      <w:tr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王宇凡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2023K8009922027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数学与应用数学</w:t>
            </w:r>
          </w:p>
        </w:tc>
      </w:tr>
      <w:tr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蔡思源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2023K8009922011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数学与应用数学</w:t>
            </w:r>
          </w:p>
        </w:tc>
      </w:tr>
      <w:tr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16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盛铂清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2023K8009922006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数学与应用数学</w:t>
            </w:r>
          </w:p>
        </w:tc>
      </w:tr>
      <w:tr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17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吴与伦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2023K8009915039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生物科学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数学与应用数学</w:t>
            </w:r>
          </w:p>
        </w:tc>
      </w:tr>
      <w:tr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18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韩东君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2023K8009915036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生物科学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数学与应用数学</w:t>
            </w:r>
          </w:p>
        </w:tc>
      </w:tr>
      <w:tr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19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张致钧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2023K8009915003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生物科学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数学与应用数学</w:t>
            </w:r>
          </w:p>
        </w:tc>
      </w:tr>
      <w:tr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20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潘岱齐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2023K8009908043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数学与应用数学</w:t>
            </w:r>
          </w:p>
        </w:tc>
      </w:tr>
      <w:tr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21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苏磊轩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2023K8009908037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数学与应用数学</w:t>
            </w:r>
          </w:p>
        </w:tc>
      </w:tr>
      <w:tr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22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苗宇航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2023K8009908029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数学与应用数学</w:t>
            </w:r>
          </w:p>
        </w:tc>
      </w:tr>
      <w:tr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23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汪子凯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2023K8009906032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数学与应用数学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数学与应用数学</w:t>
            </w:r>
          </w:p>
        </w:tc>
      </w:tr>
      <w:tr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24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肖闻博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2023K8009906031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数学与应用数学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数学与应用数学</w:t>
            </w:r>
          </w:p>
        </w:tc>
      </w:tr>
      <w:tr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25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杨升淳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2023K8009906027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数学与应用数学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数学与应用数学</w:t>
            </w:r>
          </w:p>
        </w:tc>
      </w:tr>
      <w:tr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26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刘博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2023K8009906023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数学与应用数学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数学与应用数学</w:t>
            </w:r>
          </w:p>
        </w:tc>
      </w:tr>
      <w:tr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27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毛煦骁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2023K8009906019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数学与应用数学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数学与应用数学</w:t>
            </w:r>
          </w:p>
        </w:tc>
      </w:tr>
      <w:tr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28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朱希妍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2023K8009906018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数学与应用数学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数学与应用数学</w:t>
            </w:r>
          </w:p>
        </w:tc>
      </w:tr>
      <w:tr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29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叶宏宇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2023K8009906015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数学与应用数学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数学与应用数学</w:t>
            </w:r>
          </w:p>
        </w:tc>
      </w:tr>
      <w:tr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30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曹辅文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2023K8009906013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数学与应用数学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数学与应用数学</w:t>
            </w:r>
          </w:p>
        </w:tc>
      </w:tr>
      <w:tr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31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阳岭延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2023K8009906010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数学与应用数学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数学与应用数学</w:t>
            </w:r>
          </w:p>
        </w:tc>
      </w:tr>
      <w:tr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32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瞿楚杰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2023K8009906009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数学与应用数学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数学与应用数学</w:t>
            </w:r>
          </w:p>
        </w:tc>
      </w:tr>
      <w:tr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33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葛瑞麟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2023K8009906008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数学与应用数学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数学与应用数学</w:t>
            </w:r>
          </w:p>
        </w:tc>
      </w:tr>
      <w:tr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34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刘天泽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2023K8009906007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数学与应用数学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数学与应用数学</w:t>
            </w:r>
          </w:p>
        </w:tc>
      </w:tr>
      <w:tr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35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宋彦希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2023K8009906006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数学与应用数学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数学与应用数学</w:t>
            </w:r>
          </w:p>
        </w:tc>
      </w:tr>
      <w:tr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36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曹宸瑀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2023K8009906004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数学与应用数学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数学与应用数学</w:t>
            </w:r>
          </w:p>
        </w:tc>
      </w:tr>
      <w:tr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37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朱奕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2023K8009906003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数学与应用数学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数学与应用数学</w:t>
            </w:r>
          </w:p>
        </w:tc>
      </w:tr>
    </w:tbl>
    <w:p>
      <w:pPr>
        <w:spacing w:after="80" w:lineRule="auto" w:line="360" w:before="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公示时间：2024年5月27日至6月2日。公示期间，如有问题，请与数学科学学院联系。</w:t>
      </w:r>
    </w:p>
    <w:p>
      <w:pPr>
        <w:spacing w:after="80" w:lineRule="auto" w:line="360" w:before="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联系电话：010-88256099。</w:t>
      </w:r>
    </w:p>
    <w:p>
      <w:pPr>
        <w:spacing w:after="80" w:lineRule="auto" w:line="360" w:before="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邮箱： ouyangyanhua@ucas.ac.cn 。</w:t>
      </w:r>
    </w:p>
    <w:p>
      <w:pPr>
        <w:spacing w:after="60" w:lineRule="auto" w:line="360" w:before="12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数学科学学院</w:t>
      </w:r>
    </w:p>
    <w:p>
      <w:pPr>
        <w:spacing w:after="60" w:lineRule="auto" w:line="360" w:before="12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2024年5月27日</w:t>
      </w:r>
    </w:p>
    <w:p/>
    <w:p>
      <w:pPr>
        <w:spacing w:after="80" w:lineRule="auto" w:line="360" w:before="0"/>
        <w:ind w:firstLine="482"/>
        <w:jc w:val="both"/>
      </w:pPr>
      <w:r>
        <w:rPr>
          <w:rFonts w:ascii="Times New Roman" w:hAnsi="Times New Roman" w:eastAsia="宋体"/>
          <w:b w:val="0"/>
          <w:color w:val="999999"/>
          <w:sz w:val="24"/>
        </w:rPr>
        <w:t>——本文档由采集到的院校官网网页正文整理恢复（HTML 转 Word），原下载文件为网页伪 PDF，无法直接阅读。名单与内容以院校官网正式发布为准。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