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黑龙江八一农垦大学动物科技学院2026年推荐优秀应届本科毕业生免试攻读研究生工作办法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一、推荐工作总体要求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本办法适用于动物科技学院2026年推荐优秀应届本科毕业生免试攻读研究生工作。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推荐工作遵循公平、公正、公开原则，择优选拔。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申请人为动物科技学院应届本科毕业生。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拥护中国共产党的领导，品行端正，无违法违纪记录。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学业成绩优秀，无不及格科目，综合排名符合学校规定要求。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通过全国大学英语四级考试（或达到学校规定的其他外语水平要求）。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身心健康，符合研究生入学体检标准。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学生根据学院通知要求，在规定时间内提交推免申请及相关材料。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学院对申请学生进行资格审核，并组织综合考核或评定。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学院根据综合评定结果确定拟推荐名单，并进行公示。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公示无异议后，上报学校审核，最终确定推免资格名单。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具体报名时间、材料提交截止日期及考核安排，以学院后续通知为准。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联系单位：黑龙江八一农垦大学动物科技学院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联系电话及邮箱：详见学院官网通知页面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学院官网：https://dongke.byau.edu.cn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