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学院2025 年研究生推免工作领导小组名单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一、学院2025年研究生推免工作领导小组名单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组长：陈潭、刘向晖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副组长：王枫云、杨芳、周利敏、万朝春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成员：蒋红军、张庆鹏、彭铭刚、刘颖、李利文、袁宇阳、林曼曼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秘书：陈健仪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