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海南大学海洋科学学院推荐2027年优秀应届本科毕业生免试攻读硕士学位研究生工作实施办法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为规范我院推荐优秀应届本科毕业生免试攻读硕士学位研究 生（以下简称“推免”）工作，根据《海南大学推荐优秀应届本 科毕业生免试攻读硕士学位研究生工作实施办法（修订）》（海 大党政办〔2025〕12 号）精神以及《本科生院关于开展 2026 年推免相关工作的通知》（海大本〔2026〕50 号）等文件，本着坚持公开、公平、公正原则，结合我院实际，制定本办法。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 组织机构及职责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（一）遴选工作小组及职责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工作小组名单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组长：王宁、刘德兵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副组长：赵化德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成员：孙珊、付中彪、张开典、李继鹏、朱君莹、慕超男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秘书：教务办工作人员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工作职责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 根据学校相关政策和我院学科特点制定本学院科研成果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（含论文目录、专利、软著等）加分细则和学科竞赛目录，报本科生院备案，并于推荐工作启动前在学院内公布。其中论文目录及专业内高水平竞赛项目每年更新一次，并注明适用年级。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