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北京大学经济学院2026年优秀大学生夏令营入营名单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发布日期：2026年07月01日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名单人数：总计590人，全部为入营学生，无分专业明细。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涵盖专业：未公示，名单仅包含报名编号（ZY开头），未标注学生姓名及专业信息。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排名/评分方式：未公示，入营名单未说明筛选依据或评分标准。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公示期：未公示，通知仅说明夏令营相关安排将邮件通知入营同学。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其他重要说明：入营名单以报名编号形式公布，共590人；活动安排将通过邮件通知入营同学。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