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动科动医学院接收推免生复试成绩公示（学硕）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动科动医学院接收推免生复试成绩公示（学硕），本次公示拟录取推免生共 3 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二、复试成绩及拟录取名单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39"/>
        <w:gridCol w:w="1439"/>
        <w:gridCol w:w="1439"/>
        <w:gridCol w:w="1439"/>
        <w:gridCol w:w="1439"/>
        <w:gridCol w:w="1439"/>
      </w:tblGrid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拟录取专业（领域）代码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拟录取专业（领域）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复试成绩（百分制）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王研浩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特种经济动物饲养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陈蓉蓉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  <w:tr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燕晴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89.56</w:t>
            </w:r>
          </w:p>
        </w:tc>
        <w:tc>
          <w:tcPr>
            <w:tcW w:type="dxa" w:w="143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拟录取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三、成绩与排名说明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复试成绩采用百分制计分。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名单按复试成绩从高到低排序：王研浩 90.44、陈蓉蓉 90.4、燕晴 89.56。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3 名考生备注均为“拟录取”。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特种经济动物饲养（090504）：1 人，王研浩。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动物遗传育种与繁殖（090501）：2 人，陈蓉蓉、燕晴。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