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温州医科大学药学院2026年推免生复试名单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温州医科大学药学院2026年推免生复试名单如下：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证件号码（公布时采用后4位）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申请层次（硕士/博士）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培养类型（学术型/专业型）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学习方式（全日制/非全日制）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戴嘉祺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1 页，共 1 页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