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地球与行星科学学院2026届本科生免试攻读硕士研究生拟推荐人（含候补） 成绩及排名公示</w:t>
      </w:r>
    </w:p>
    <w:p>
      <w:r>
        <w:t>English</w:t>
      </w:r>
    </w:p>
    <w:p>
      <w:r>
        <w:t>机构设置</w:t>
      </w:r>
    </w:p>
    <w:p>
      <w:r>
        <w:t>学院地图</w:t>
      </w:r>
    </w:p>
    <w:p>
      <w:r>
        <w:t>联系我们</w:t>
      </w:r>
    </w:p>
    <w:p>
      <w:r>
        <w:t>专业设置</w:t>
      </w:r>
    </w:p>
    <w:p>
      <w:r>
        <w:t>课程建设</w:t>
      </w:r>
    </w:p>
    <w:p>
      <w:r>
        <w:t>实验教学中心</w:t>
      </w:r>
    </w:p>
    <w:p>
      <w:r>
        <w:t>教学团队</w:t>
      </w:r>
    </w:p>
    <w:p>
      <w:r>
        <w:t>招生专业</w:t>
      </w:r>
    </w:p>
    <w:p>
      <w:r>
        <w:t>硕士生培养</w:t>
      </w:r>
    </w:p>
    <w:p>
      <w:r>
        <w:t>博士生培养</w:t>
      </w:r>
    </w:p>
    <w:p>
      <w:r>
        <w:t>教学动态</w:t>
      </w:r>
    </w:p>
    <w:p>
      <w:r>
        <w:t>导师风采</w:t>
      </w:r>
    </w:p>
    <w:p>
      <w:r>
        <w:t>创新项目</w:t>
      </w:r>
    </w:p>
    <w:p>
      <w:r>
        <w:t>学科方向</w:t>
      </w:r>
    </w:p>
    <w:p>
      <w:r>
        <w:t>学科建设</w:t>
      </w:r>
    </w:p>
    <w:p>
      <w:r>
        <w:t>科研团队</w:t>
      </w:r>
    </w:p>
    <w:p>
      <w:r>
        <w:t>学术交流</w:t>
      </w:r>
    </w:p>
    <w:p>
      <w:r>
        <w:t>科研成果</w:t>
      </w:r>
    </w:p>
    <w:p>
      <w:r>
        <w:t>对外合作</w:t>
      </w:r>
    </w:p>
    <w:p>
      <w:r>
        <w:t>对外办学</w:t>
      </w:r>
    </w:p>
    <w:p>
      <w:r>
        <w:t>合作交流</w:t>
      </w:r>
    </w:p>
    <w:p>
      <w:r>
        <w:t>国际会议</w:t>
      </w:r>
    </w:p>
    <w:p>
      <w:r>
        <w:t>国际合作科研项目</w:t>
      </w:r>
    </w:p>
    <w:p>
      <w:r>
        <w:t>学团工作</w:t>
      </w:r>
    </w:p>
    <w:p>
      <w:r>
        <w:t>学工队伍</w:t>
      </w:r>
    </w:p>
    <w:p>
      <w:r>
        <w:t>学团动态</w:t>
      </w:r>
    </w:p>
    <w:p>
      <w:r>
        <w:t>党群工作</w:t>
      </w:r>
    </w:p>
    <w:p>
      <w:r>
        <w:t>党群动态</w:t>
      </w:r>
    </w:p>
    <w:p>
      <w:r>
        <w:t>组织建设</w:t>
      </w:r>
    </w:p>
    <w:p>
      <w:r>
        <w:t>学习材料</w:t>
      </w:r>
    </w:p>
    <w:p>
      <w:r>
        <w:t>工会工作</w:t>
      </w:r>
    </w:p>
    <w:p>
      <w:r>
        <w:t>综合治理</w:t>
      </w:r>
    </w:p>
    <w:p>
      <w:r>
        <w:t>规章制度</w:t>
      </w:r>
    </w:p>
    <w:p>
      <w:r>
        <w:t>招生宣传</w:t>
      </w:r>
    </w:p>
    <w:p>
      <w:r>
        <w:t>就业信息</w:t>
      </w:r>
    </w:p>
    <w:p>
      <w:r>
        <w:t>常用下载</w:t>
      </w:r>
    </w:p>
    <w:p>
      <w:r>
        <w:t>教师常用下载</w:t>
      </w:r>
    </w:p>
    <w:p>
      <w:r>
        <w:t>学生常用下载</w:t>
      </w:r>
    </w:p>
    <w:p>
      <w:r>
        <w:t>地球与行星科学学院2026届本科生免试攻读硕士研究生拟推荐人（含候补） 成绩及排名公示</w:t>
      </w:r>
    </w:p>
    <w:p>
      <w:r>
        <w:t>发布者：陈磊发布时间：2025-09-05浏览次数：10</w:t>
      </w:r>
    </w:p>
    <w:p>
      <w:r>
        <w:t>根据《东华理工大学推荐优秀应届本科毕业生免试攻读硕士研究生工作办法（试行）》（校政字〔2025〕79号）和《东华理工大学地球与行星科学学院推荐优秀应届本科毕业生免试攻读硕士研究生工作细则》（地星院党字〔2025〕6号）要求，学院组织学生自愿提交申请表及相关支撑材料，同时成立专家审核小组，按照推免工作细则，对课程加权平均分和附加分进行了审核鉴定，并组织相关学生进行了公开答辩。现将我院2026届本科生免试攻读硕士研究生拟推荐人（含候补）课程加权平均分、附加分项目及分值、综合成绩及排名予以公示，公示期为3天（2025年9月5日-9月7日）。如有异议，请于公示期内实名向地球与行星科学学院纪检委员反映。</w:t>
      </w:r>
    </w:p>
    <w:p>
      <w:r>
        <w:t>联系人：李铧生；联系电话：0791-83897225；专用邮箱：hsli@ecut.edu.cn。</w:t>
      </w:r>
    </w:p>
    <w:p>
      <w:r>
        <w:t>地球与行星科学学院2026届本科生免试攻读硕士研究生拟推荐人（含候补） 成绩及排名公示.xls</w:t>
      </w:r>
    </w:p>
    <w:p>
      <w:r>
        <w:t>地球与行星科学学院</w:t>
      </w:r>
    </w:p>
    <w:p>
      <w:r>
        <w:t>2025年9月5日</w:t>
      </w:r>
    </w:p>
    <w:p>
      <w:r>
        <w:t>江西省南昌市经开区广兰大道418号东华理工大学地学楼邮编：330013电话：0791-83897549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