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云南大学生命科学学院2025年优秀大学生夏令营活动通知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云南大学生命科学学院2025年优秀大学生夏令营活动通知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活动名称：云南大学生命科学学院优秀大学生夏令营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活动时间：2025年7月30日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活动形式：分为“线上宣讲”和“线上考核”两部分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线上宣讲不设定参加条件，欢迎所有学生、学生家长参加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二、线上宣讲安排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宣讲平台为腾讯会议，会议地址将通过QQ群发布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参加方式：自愿参加宣讲会的同学、家长加QQ群：697995840（若该群加满请加备用QQ群：535863855）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加群后请将昵称改为“本科院校+姓名”（如：云南大学+张三），未及时修改昵称将被移出群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特别提醒：一切以群主和管理员发布的消息为准，谨防上当受骗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宣讲时间及内容安排：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（1）上午9:00-9:20：院长致辞及学院整体情况介绍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（2）上午9:20-9:30：学校和学院视频介绍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（3）上午9:30-10:00：播放“您好，教授”视频，带领营员参观国家级、省部级重点实验室、大型仪器中心、动物中心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（4）上午10:00-10:30：学院分管领导介绍推免/考研政策、培养方向、培养方案、奖助政策等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（5）上午10:30-12:00：按主要研究方向分组，由各方向学科带头人做专业方向介绍和集中答疑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（6）下午2:00-4:30：按照报名情况，各专业分组进行综合考核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三、线上考核与申请方式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申请参加考核的同学需填写在线表格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综合考核成绩将作为2026年推免的面试成绩，或作为2026年硕士招生第一志愿“同等条件下优先录取”的参考（具体以云南大学研究生院发布的相关通知为准）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四、涉及专业及所属机构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生命科学学院：细胞生物学、生物与医药01方向-细胞、进化生物学、生物化学与分子生物学、生物与医药01方向-生化、生物信息学、生物与医药02方向（昆明医学生物所联培）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生物医药研究院：发育生物学、生物物理学、生物与医药03方向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云南生物资源保护与利用国家重点实验室：微生物学、生物与医药01方向-微生物、遗传学、生物与医药01方向-遗传学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咨询QQ群：697995840（备用群：535863855）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