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江汉大学体育学院2026届优秀本科应届毕业生免试攻读硕士研究生推荐名单公示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江汉大学体育学院2026届优秀本科应届毕业生免试攻读硕士研究生推荐名单公示，发布日期为2025年09月10日。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名单总人数未在正文中明确列出，具体人数详见附件《江汉大学体育学院推荐2026届优秀应届本科毕业生免试攻读研究生名单.pdf》。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正文未明确列出涵盖专业，具体专业信息详见附件。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正文未说明排名或评分方式。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正文未明确公示起止日期。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公示名单以附件形式发布，异议反馈联系电话为027-84397029。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