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音乐学院推荐2026年免试研究生结果公示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音乐学院推荐2026年免试研究生结果公示，来源：音乐学院，发布日期：2025-09-08。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经音乐学院党政联席会议讨论，现将推荐2026年免试研究生结果名单予以公示。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公示期为2025年9月8日至9月12日（5个工作日）。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公示期间，如对公示名单有异议，请于2025年9月12日前以书面形式（包括提供必要的证明材料）直接送达龙昆南校区艺术楼303教务办公室，逾期将不予受理。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联系电话：0898-65813072。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音乐学院推荐免试研究生资格审查情况一览表（2026年）.xls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