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武汉大学社会学院2025年优秀大学生线上夏令营参营名单公示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发布日期（推定）：2025年6月25日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武汉大学社会学院2025年优秀大学生线上夏令营参营名单公示。经学生报名、学院审核，确定以下同学参加学院2025年优秀大学生夏令营活动，名单详见附件。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二、参营确认要求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确认参营的同学自即日起两天内，实名（参营序号＋姓名）申请加入“2025社会学院夏令营QQ群”，群号：654559328。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逾期未进QQ群则视为主动放弃参加本次活动。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参营序号请营员自行查看附件，附件内有本次夏令营活动分配的唯一参营序号。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三、咨询方式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咨询电话：027-68753860 王老师。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本公示正文未列出具体参营人员名单及人数，名单详见附件。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