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贵州大学文学院接收2026年推荐免试攻读硕士学位研究生工作实施细则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贵州大学文学院接收2026年推荐免试攻读硕士学位研究生工作实施细则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符合贵州大学及文学院规定的其他接收条件。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申请人须在规定时间内登录“全国推荐免试攻读研究生信息公开暨管理服务系统”（网址：yz.chsi.com.cn）填报志愿。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学院对申请材料进行审核，确定复试名单并通知考生。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通过复试且体检合格的考生，由学院上报学校审核公示。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最终录取名单以教育部推免服务系统确认结果为准。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国家英语四、六级成绩单或相关外语水平证明。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推免资格证明或学校出具的推荐免试资格文件。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其他能证明学术水平和能力的材料（如论文、获奖证书等）。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推免服务系统开放后，申请人须在规定时间内完成志愿填报。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学院将根据报名情况分批组织复试，具体时间以学院通知为准。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最终录取工作按教育部及贵州大学统一安排执行。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学院地址：贵州省贵阳市花溪区贵州大学文学院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联系电话：0851-88293115（请以学院官网公布为准）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学院网址：http://hum.gzu.edu.cn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联系邮箱：请以学院官网公布为准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