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自然资源部第二海洋研究所2027年接收推荐免试攻读硕士学位研究生工作实施细则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发布日期：2026-08-25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本通知由自然资源部第二海洋研究所发布，面向2027年接收推荐免试攻读硕士学位研究生工作。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该通知为预推免阶段实施细则，适用于有意申请我所推免生的应届本科毕业生。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申请人须为获得本科就读学校推荐免试资格的优秀应届本科毕业生。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具体学术要求、专业背景及能力标准以实施细则正文为准。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申请人需按细则要求提交相关申请材料。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通过初审后，参加我所组织的复试或考核环节。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考核通过者，按国家推免系统要求完成正式录取流程。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申请材料包括个人简历、成绩单、推免资格证明、获奖证书等，具体清单详见细则原文。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材料提交方式及截止时间以细则规定为准。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申请起止时间、复试时间及录取确认时间等关键节点，详见实施细则正文。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请申请人密切关注我所官网通知公告，及时获取最新安排。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联系单位：自然资源部第二海洋研究所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官方网址：https://sio.org.cn/index.php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具体咨询电话及邮箱，请查阅实施细则原文或官网通知公告栏目。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