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山西农业大学草业学院2026年推荐优秀应届本科毕业生免试攻读研究生实施细则</w:t>
      </w:r>
    </w:p>
    <w:p>
      <w:pPr>
        <w:spacing w:after="80" w:lineRule="auto" w:line="360"/>
        <w:ind w:firstLine="482"/>
        <w:jc w:val="both"/>
      </w:pPr>
      <w:r>
        <w:rPr>
          <w:rFonts w:ascii="Times New Roman" w:hAnsi="Times New Roman" w:eastAsia="宋体"/>
          <w:b w:val="0"/>
          <w:sz w:val="24"/>
        </w:rPr>
        <w:t>为做好2026年推荐优秀应届本科毕业生免试攻读研究生工作（以下简称推免工作），根据《山西农业大学2026年推荐优秀应届本科毕业生免试攻读研究生工作方案》（教务字（2025）59号）文件精神和相关会议要求，按照学校《推荐优秀应届本科毕业生免试攻读研究生遴选方案》（农大行字〔2025〕1号）文件规定，结合学院工作实际，特制定草业学院2026年推荐优秀应届本科毕业生免试攻读研究生实施细则。</w:t>
      </w:r>
    </w:p>
    <w:p>
      <w:pPr>
        <w:spacing w:after="80" w:lineRule="auto" w:line="360"/>
        <w:ind w:firstLine="482"/>
        <w:jc w:val="both"/>
      </w:pPr>
      <w:r>
        <w:rPr>
          <w:rFonts w:ascii="Times New Roman" w:hAnsi="Times New Roman" w:eastAsia="宋体"/>
          <w:b w:val="0"/>
          <w:sz w:val="24"/>
        </w:rPr>
        <w:t>发布日期：2025年8月26日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为做好2026年推荐优秀应届本科毕业生免试攻读研究生工作，成立推免生遴选工作领导小组，全面领导和负责学院推免工作。</w:t>
      </w:r>
    </w:p>
    <w:p>
      <w:pPr>
        <w:spacing w:after="80" w:lineRule="auto" w:line="360"/>
        <w:ind w:firstLine="482"/>
        <w:jc w:val="both"/>
      </w:pPr>
      <w:r>
        <w:rPr>
          <w:rFonts w:ascii="Times New Roman" w:hAnsi="Times New Roman" w:eastAsia="宋体"/>
          <w:b w:val="0"/>
          <w:sz w:val="24"/>
        </w:rPr>
        <w:t>组 长：李云峰 赵 祥</w:t>
      </w:r>
    </w:p>
    <w:p>
      <w:pPr>
        <w:spacing w:after="80" w:lineRule="auto" w:line="360"/>
        <w:ind w:firstLine="482"/>
        <w:jc w:val="both"/>
      </w:pPr>
      <w:r>
        <w:rPr>
          <w:rFonts w:ascii="Times New Roman" w:hAnsi="Times New Roman" w:eastAsia="宋体"/>
          <w:b w:val="0"/>
          <w:sz w:val="24"/>
        </w:rPr>
        <w:t>副组长：夏方山 梁海青</w:t>
      </w:r>
    </w:p>
    <w:p>
      <w:pPr>
        <w:spacing w:after="80" w:lineRule="auto" w:line="360"/>
        <w:ind w:firstLine="482"/>
        <w:jc w:val="both"/>
      </w:pPr>
      <w:r>
        <w:rPr>
          <w:rFonts w:ascii="Times New Roman" w:hAnsi="Times New Roman" w:eastAsia="宋体"/>
          <w:b w:val="0"/>
          <w:sz w:val="24"/>
        </w:rPr>
        <w:t>成 员：高文俊 王永新 岑慧芳 王泽伟 李晓婷</w:t>
      </w:r>
    </w:p>
    <w:p>
      <w:pPr>
        <w:spacing w:after="80" w:lineRule="auto" w:line="360"/>
        <w:ind w:firstLine="482"/>
        <w:jc w:val="both"/>
      </w:pPr>
      <w:r>
        <w:rPr>
          <w:rFonts w:ascii="Times New Roman" w:hAnsi="Times New Roman" w:eastAsia="宋体"/>
          <w:b w:val="0"/>
          <w:sz w:val="24"/>
        </w:rPr>
        <w:t>监督员：梁海青</w:t>
      </w:r>
    </w:p>
    <w:p>
      <w:pPr>
        <w:spacing w:before="160" w:after="80" w:lineRule="auto" w:line="360"/>
        <w:jc w:val="left"/>
      </w:pPr>
      <w:r>
        <w:rPr>
          <w:rFonts w:ascii="Times New Roman" w:hAnsi="Times New Roman" w:eastAsia="宋体"/>
          <w:b/>
          <w:sz w:val="28"/>
        </w:rPr>
        <w:t>二、遴选推荐</w:t>
      </w:r>
    </w:p>
    <w:p>
      <w:pPr>
        <w:spacing w:after="80" w:lineRule="auto" w:line="360"/>
        <w:ind w:firstLine="482"/>
        <w:jc w:val="both"/>
      </w:pPr>
      <w:r>
        <w:rPr>
          <w:rFonts w:ascii="Times New Roman" w:hAnsi="Times New Roman" w:eastAsia="宋体"/>
          <w:b w:val="0"/>
          <w:sz w:val="24"/>
        </w:rPr>
        <w:t>（一）推免指标</w:t>
      </w:r>
    </w:p>
    <w:p>
      <w:pPr>
        <w:spacing w:after="80" w:lineRule="auto" w:line="360"/>
        <w:ind w:firstLine="482"/>
        <w:jc w:val="both"/>
      </w:pPr>
      <w:r>
        <w:rPr>
          <w:rFonts w:ascii="Times New Roman" w:hAnsi="Times New Roman" w:eastAsia="宋体"/>
          <w:b w:val="0"/>
          <w:sz w:val="24"/>
        </w:rPr>
        <w:t>学院推免生总指标数为6个，全部从草业科学专业2026届本科毕业生中遴选产生。</w:t>
      </w:r>
    </w:p>
    <w:p>
      <w:pPr>
        <w:spacing w:after="80" w:lineRule="auto" w:line="360"/>
        <w:ind w:firstLine="482"/>
        <w:jc w:val="both"/>
      </w:pPr>
      <w:r>
        <w:rPr>
          <w:rFonts w:ascii="Times New Roman" w:hAnsi="Times New Roman" w:eastAsia="宋体"/>
          <w:b w:val="0"/>
          <w:sz w:val="24"/>
        </w:rPr>
        <w:t>（二）基本条件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1．具有高尚的爱国主义情操和集体主义精神，社会主义信念坚定，模范践行社会主义核心价值观，社会责任感强，积极向上，身心健康；</w:t>
      </w:r>
    </w:p>
    <w:p>
      <w:pPr>
        <w:spacing w:after="80" w:lineRule="auto" w:line="360"/>
        <w:ind w:firstLine="482"/>
        <w:jc w:val="both"/>
      </w:pPr>
      <w:r>
        <w:rPr>
          <w:rFonts w:ascii="Times New Roman" w:hAnsi="Times New Roman" w:eastAsia="宋体"/>
          <w:b w:val="0"/>
          <w:sz w:val="24"/>
        </w:rPr>
        <w:t>2．诚实守信，学风端正，遵纪守法，品行优良；</w:t>
      </w:r>
    </w:p>
    <w:p>
      <w:pPr>
        <w:spacing w:after="80" w:lineRule="auto" w:line="360"/>
        <w:ind w:firstLine="482"/>
        <w:jc w:val="both"/>
      </w:pPr>
      <w:r>
        <w:rPr>
          <w:rFonts w:ascii="Times New Roman" w:hAnsi="Times New Roman" w:eastAsia="宋体"/>
          <w:b w:val="0"/>
          <w:sz w:val="24"/>
        </w:rPr>
        <w:t>3．纳入国家普通本科招生计划录取的应届毕业生（不含通过定向委培等特殊招生形式录取的、国家有相关规定或者录取前与学校有明确约定不可参加推免的）；</w:t>
      </w:r>
    </w:p>
    <w:p>
      <w:pPr>
        <w:spacing w:after="80" w:lineRule="auto" w:line="360"/>
        <w:ind w:firstLine="482"/>
        <w:jc w:val="both"/>
      </w:pPr>
      <w:r>
        <w:rPr>
          <w:rFonts w:ascii="Times New Roman" w:hAnsi="Times New Roman" w:eastAsia="宋体"/>
          <w:b w:val="0"/>
          <w:sz w:val="24"/>
        </w:rPr>
        <w:t>4．能达到学士学位授予要求；</w:t>
      </w:r>
    </w:p>
    <w:p>
      <w:pPr>
        <w:spacing w:after="80" w:lineRule="auto" w:line="360"/>
        <w:ind w:firstLine="482"/>
        <w:jc w:val="both"/>
      </w:pPr>
      <w:r>
        <w:rPr>
          <w:rFonts w:ascii="Times New Roman" w:hAnsi="Times New Roman" w:eastAsia="宋体"/>
          <w:b w:val="0"/>
          <w:sz w:val="24"/>
        </w:rPr>
        <w:t>5．全国CET-4水平考试成绩不低于425分（外语为小语种的申请者必须达到同等水平）；申请直博考生外语水平须达到全国CET-6考试成绩不低于425分或托福90分以上或雅思A类6分以上或有近三年内以第一作者发表SCI收录的研究性学术论文；</w:t>
      </w:r>
    </w:p>
    <w:p>
      <w:pPr>
        <w:spacing w:after="80" w:lineRule="auto" w:line="360"/>
        <w:ind w:firstLine="482"/>
        <w:jc w:val="both"/>
      </w:pPr>
      <w:r>
        <w:rPr>
          <w:rFonts w:ascii="Times New Roman" w:hAnsi="Times New Roman" w:eastAsia="宋体"/>
          <w:b w:val="0"/>
          <w:sz w:val="24"/>
        </w:rPr>
        <w:t>6．前三学年的课程考核合格，必修课平均学分绩点（GPA）居于本专业前20%；申请直博考生必修课平均学分绩点（GPA）居于本专业前10%；</w:t>
      </w:r>
    </w:p>
    <w:p>
      <w:pPr>
        <w:spacing w:after="80" w:lineRule="auto" w:line="360"/>
        <w:ind w:firstLine="482"/>
        <w:jc w:val="both"/>
      </w:pPr>
      <w:r>
        <w:rPr>
          <w:rFonts w:ascii="Times New Roman" w:hAnsi="Times New Roman" w:eastAsia="宋体"/>
          <w:b w:val="0"/>
          <w:sz w:val="24"/>
        </w:rPr>
        <w:t>7．对于在校期间存在考试作弊行为，或因违反有关规定受过纪律处分的学生，实行“一票否决”。</w:t>
      </w:r>
    </w:p>
    <w:p>
      <w:pPr>
        <w:spacing w:after="80" w:lineRule="auto" w:line="360"/>
        <w:ind w:firstLine="482"/>
        <w:jc w:val="both"/>
      </w:pPr>
      <w:r>
        <w:rPr>
          <w:rFonts w:ascii="Times New Roman" w:hAnsi="Times New Roman" w:eastAsia="宋体"/>
          <w:b w:val="0"/>
          <w:sz w:val="24"/>
        </w:rPr>
        <w:t>（三）综合遴选</w:t>
      </w:r>
    </w:p>
    <w:p>
      <w:pPr>
        <w:spacing w:after="80" w:lineRule="auto" w:line="360"/>
        <w:ind w:firstLine="482"/>
        <w:jc w:val="both"/>
      </w:pPr>
      <w:r>
        <w:rPr>
          <w:rFonts w:ascii="Times New Roman" w:hAnsi="Times New Roman" w:eastAsia="宋体"/>
          <w:b w:val="0"/>
          <w:sz w:val="24"/>
        </w:rPr>
        <w:t>1．综合遴选成绩满分100分，由必修课平均学分绩点（GPA）成绩及综合评价指标成绩加权获得。其中，必修课平均学分绩点（GPA）成绩占综合遴选成绩的80%，综合评价指标成绩占综合遴选成绩的20%。</w:t>
      </w:r>
    </w:p>
    <w:p>
      <w:pPr>
        <w:spacing w:after="80" w:lineRule="auto" w:line="360"/>
        <w:ind w:firstLine="482"/>
        <w:jc w:val="both"/>
      </w:pPr>
      <w:r>
        <w:rPr>
          <w:rFonts w:ascii="Times New Roman" w:hAnsi="Times New Roman" w:eastAsia="宋体"/>
          <w:b w:val="0"/>
          <w:sz w:val="24"/>
        </w:rPr>
        <w:t>2．综合评价成绩满分20分，由参军入伍服兵役、参加志愿服务（主要指支教、支农等具有较长时间服务的项目）、交流学习与实习、科研成果、竞赛获奖、主持省级及以上大学生科技创新课题、外语成绩、国家级或省级荣誉等8项全面发展价值导向指标构成。志愿服务以提供省部级获奖证书为准；科研成果、竞赛获奖根据具体内容、等级及名次赋分。在某一项指标中有多项得分情况时，得分不累加，只取最高级别的分值计算。</w:t>
      </w:r>
    </w:p>
    <w:p>
      <w:pPr>
        <w:spacing w:after="80" w:lineRule="auto" w:line="360"/>
        <w:ind w:firstLine="482"/>
        <w:jc w:val="both"/>
      </w:pPr>
      <w:r>
        <w:rPr>
          <w:rFonts w:ascii="Times New Roman" w:hAnsi="Times New Roman" w:eastAsia="宋体"/>
          <w:b w:val="0"/>
          <w:sz w:val="24"/>
        </w:rPr>
        <w:t>各项指标具体说明如下：</w:t>
      </w:r>
    </w:p>
    <w:p>
      <w:pPr>
        <w:spacing w:after="80" w:lineRule="auto" w:line="360"/>
        <w:ind w:firstLine="482"/>
        <w:jc w:val="both"/>
      </w:pPr>
      <w:r>
        <w:rPr>
          <w:rFonts w:ascii="Times New Roman" w:hAnsi="Times New Roman" w:eastAsia="宋体"/>
          <w:b w:val="0"/>
          <w:sz w:val="24"/>
        </w:rPr>
        <w:t>（1）参军入伍服兵役，2.5分。</w:t>
      </w:r>
    </w:p>
    <w:p>
      <w:pPr>
        <w:spacing w:after="80" w:lineRule="auto" w:line="360"/>
        <w:ind w:firstLine="482"/>
        <w:jc w:val="both"/>
      </w:pPr>
      <w:r>
        <w:rPr>
          <w:rFonts w:ascii="Times New Roman" w:hAnsi="Times New Roman" w:eastAsia="宋体"/>
          <w:b w:val="0"/>
          <w:sz w:val="24"/>
        </w:rPr>
        <w:t>（2）参加志愿服务（主要指支教、支农等具有较长时间服务的项目，特指省部级设立的项目），2.5分。</w:t>
      </w:r>
    </w:p>
    <w:p>
      <w:pPr>
        <w:spacing w:after="80" w:lineRule="auto" w:line="360"/>
        <w:ind w:firstLine="482"/>
        <w:jc w:val="both"/>
      </w:pPr>
      <w:r>
        <w:rPr>
          <w:rFonts w:ascii="Times New Roman" w:hAnsi="Times New Roman" w:eastAsia="宋体"/>
          <w:b w:val="0"/>
          <w:sz w:val="24"/>
        </w:rPr>
        <w:t>（3）交流学习与实习：</w:t>
      </w:r>
    </w:p>
    <w:p>
      <w:pPr>
        <w:spacing w:after="80" w:lineRule="auto" w:line="360"/>
        <w:ind w:firstLine="482"/>
        <w:jc w:val="both"/>
      </w:pPr>
      <w:r>
        <w:rPr>
          <w:rFonts w:ascii="Times New Roman" w:hAnsi="Times New Roman" w:eastAsia="宋体"/>
          <w:b w:val="0"/>
          <w:sz w:val="24"/>
        </w:rPr>
        <w:t>到国际组织实习（特指省部级设立的项目），2分。</w:t>
      </w:r>
    </w:p>
    <w:p>
      <w:pPr>
        <w:spacing w:after="80" w:lineRule="auto" w:line="360"/>
        <w:ind w:firstLine="482"/>
        <w:jc w:val="both"/>
      </w:pPr>
      <w:r>
        <w:rPr>
          <w:rFonts w:ascii="Times New Roman" w:hAnsi="Times New Roman" w:eastAsia="宋体"/>
          <w:b w:val="0"/>
          <w:sz w:val="24"/>
        </w:rPr>
        <w:t>校际交流学习（特指学校选拔派出），1.5分。校际交流生须完成规定时长的交流学习，且在交流学习期间无挂科、无违反交流所在学校管理规定的记录。</w:t>
      </w:r>
    </w:p>
    <w:p>
      <w:pPr>
        <w:spacing w:after="80" w:lineRule="auto" w:line="360"/>
        <w:ind w:firstLine="482"/>
        <w:jc w:val="both"/>
      </w:pPr>
      <w:r>
        <w:rPr>
          <w:rFonts w:ascii="Times New Roman" w:hAnsi="Times New Roman" w:eastAsia="宋体"/>
          <w:b w:val="0"/>
          <w:sz w:val="24"/>
        </w:rPr>
        <w:t>（4）科研成果：最高分值3.5分。</w:t>
      </w:r>
    </w:p>
    <w:p>
      <w:pPr>
        <w:spacing w:after="80" w:lineRule="auto" w:line="360"/>
        <w:ind w:firstLine="482"/>
        <w:jc w:val="both"/>
      </w:pPr>
      <w:r>
        <w:rPr>
          <w:rFonts w:ascii="Times New Roman" w:hAnsi="Times New Roman" w:eastAsia="宋体"/>
          <w:b w:val="0"/>
          <w:sz w:val="24"/>
        </w:rPr>
        <w:t>①论文：按照学校高水平期刊认定标准及目录（最近年度发布），仅限于学生本科阶段在G3及以上或北大核心以独立作者或署名第一作者（署名第一）发表的与本专业相关的科研论文，署名单位须为山西农业大学，论文须为正式发表成果，参评以前至少须有刊物录用证明。学生与直系亲属或学历、职称、职务明显高于本人者合作的科研论文仅作参考，不纳入评价成绩计算。发表G3级别及以上论文，计3.5分；发表北大核心论文，计2.5分。</w:t>
      </w:r>
    </w:p>
    <w:p>
      <w:pPr>
        <w:spacing w:after="80" w:lineRule="auto" w:line="360"/>
        <w:ind w:firstLine="482"/>
        <w:jc w:val="both"/>
      </w:pPr>
      <w:r>
        <w:rPr>
          <w:rFonts w:ascii="Times New Roman" w:hAnsi="Times New Roman" w:eastAsia="宋体"/>
          <w:b w:val="0"/>
          <w:sz w:val="24"/>
        </w:rPr>
        <w:t>②专利：在校期间授权国家发明专利（排名第1）计3.5分，其他排名不计分，需以山西农业大学为第一署名单位。</w:t>
      </w:r>
    </w:p>
    <w:p>
      <w:pPr>
        <w:spacing w:after="80" w:lineRule="auto" w:line="360"/>
        <w:ind w:firstLine="482"/>
        <w:jc w:val="both"/>
      </w:pPr>
      <w:r>
        <w:rPr>
          <w:rFonts w:ascii="Times New Roman" w:hAnsi="Times New Roman" w:eastAsia="宋体"/>
          <w:b w:val="0"/>
          <w:sz w:val="24"/>
        </w:rPr>
        <w:t>（5）竞赛获奖：参考中国高等教育学会发布的全国大学生竞赛分析报告参赛目录（参照最近发布），将竞赛分为三类，其中：</w:t>
      </w:r>
    </w:p>
    <w:p>
      <w:pPr>
        <w:spacing w:after="80" w:lineRule="auto" w:line="360"/>
        <w:ind w:firstLine="482"/>
        <w:jc w:val="both"/>
      </w:pPr>
      <w:r>
        <w:rPr>
          <w:rFonts w:ascii="Times New Roman" w:hAnsi="Times New Roman" w:eastAsia="宋体"/>
          <w:b w:val="0"/>
          <w:sz w:val="24"/>
        </w:rPr>
        <w:t>Ⅰ类竞赛：仅指竞赛目录内中国国际大学生创新大赛、“挑战杯”全国大学生课外学术科技作品竞赛、“挑战杯”中国大学生创业计划竞赛。</w:t>
      </w:r>
    </w:p>
    <w:p>
      <w:pPr>
        <w:spacing w:after="80" w:lineRule="auto" w:line="360"/>
        <w:ind w:firstLine="482"/>
        <w:jc w:val="both"/>
      </w:pPr>
      <w:r>
        <w:rPr>
          <w:rFonts w:ascii="Times New Roman" w:hAnsi="Times New Roman" w:eastAsia="宋体"/>
          <w:b w:val="0"/>
          <w:sz w:val="24"/>
        </w:rPr>
        <w:t>Ⅱ类竞赛：竞赛目录内上述Ⅰ类竞赛之外的。</w:t>
      </w:r>
    </w:p>
    <w:p>
      <w:pPr>
        <w:spacing w:after="80" w:lineRule="auto" w:line="360"/>
        <w:ind w:firstLine="482"/>
        <w:jc w:val="both"/>
      </w:pPr>
      <w:r>
        <w:rPr>
          <w:rFonts w:ascii="Times New Roman" w:hAnsi="Times New Roman" w:eastAsia="宋体"/>
          <w:b w:val="0"/>
          <w:sz w:val="24"/>
        </w:rPr>
        <w:t>Ⅲ类竞赛：竞赛目录外，团中央、教育部等部门主办的其他大学生创新创业竞赛、各专业类教学指导委员会或一级学会主办的大学生专业技能大赛等。</w:t>
      </w:r>
    </w:p>
    <w:p>
      <w:pPr>
        <w:spacing w:after="80" w:lineRule="auto" w:line="360"/>
        <w:ind w:firstLine="482"/>
        <w:jc w:val="both"/>
      </w:pPr>
      <w:r>
        <w:rPr>
          <w:rFonts w:ascii="Times New Roman" w:hAnsi="Times New Roman" w:eastAsia="宋体"/>
          <w:b w:val="0"/>
          <w:sz w:val="24"/>
        </w:rPr>
        <w:t>对于Ⅱ类竞赛和Ⅲ类竞赛，在不低于上述赛事要求的情况下，各院（部）可根据专业实际自行建立参考目录。国际赛事参照执行，但不得低于国内赛事相关要求。</w:t>
      </w:r>
    </w:p>
    <w:p>
      <w:pPr>
        <w:spacing w:after="80" w:lineRule="auto" w:line="360"/>
        <w:ind w:firstLine="482"/>
        <w:jc w:val="both"/>
      </w:pPr>
      <w:r>
        <w:rPr>
          <w:rFonts w:ascii="Times New Roman" w:hAnsi="Times New Roman" w:eastAsia="宋体"/>
          <w:b w:val="0"/>
          <w:sz w:val="24"/>
        </w:rPr>
        <w:t>竞赛类别分值：Ⅰ类竞赛3.5分，Ⅱ类竞赛2.5分，Ⅲ类竞赛2分。</w:t>
      </w:r>
    </w:p>
    <w:p>
      <w:pPr>
        <w:spacing w:after="80" w:lineRule="auto" w:line="360"/>
        <w:ind w:firstLine="482"/>
        <w:jc w:val="both"/>
      </w:pPr>
      <w:r>
        <w:rPr>
          <w:rFonts w:ascii="Times New Roman" w:hAnsi="Times New Roman" w:eastAsia="宋体"/>
          <w:b w:val="0"/>
          <w:sz w:val="24"/>
        </w:rPr>
        <w:t>奖项等级权重：国家级前三等级由高到低依次为1、0.9、0.8，省级第一等级0.7。</w:t>
      </w:r>
    </w:p>
    <w:p>
      <w:pPr>
        <w:spacing w:after="80" w:lineRule="auto" w:line="360"/>
        <w:ind w:firstLine="482"/>
        <w:jc w:val="both"/>
      </w:pPr>
      <w:r>
        <w:rPr>
          <w:rFonts w:ascii="Times New Roman" w:hAnsi="Times New Roman" w:eastAsia="宋体"/>
          <w:b w:val="0"/>
          <w:sz w:val="24"/>
        </w:rPr>
        <w:t>参赛人员证书排名权重：主持人或负责人1，排名第二至五的0.8，排名第六至十的0.6，排名第十之后的0.4。</w:t>
      </w:r>
    </w:p>
    <w:p>
      <w:pPr>
        <w:spacing w:after="80" w:lineRule="auto" w:line="360"/>
        <w:ind w:firstLine="482"/>
        <w:jc w:val="both"/>
      </w:pPr>
      <w:r>
        <w:rPr>
          <w:rFonts w:ascii="Times New Roman" w:hAnsi="Times New Roman" w:eastAsia="宋体"/>
          <w:b w:val="0"/>
          <w:sz w:val="24"/>
        </w:rPr>
        <w:t>该项指标得分=竞赛类别得分*奖项等级权重*参赛人员证书排名权重。获得Ⅰ类竞赛国家级第一等级的主持人或负责人，在符合推免基本条件的基础上，经学校推免生遴选工作领导小组审议通过后，可直接获得推免生资格，无需参加综合评价。</w:t>
      </w:r>
    </w:p>
    <w:p>
      <w:pPr>
        <w:spacing w:after="80" w:lineRule="auto" w:line="360"/>
        <w:ind w:firstLine="482"/>
        <w:jc w:val="both"/>
      </w:pPr>
      <w:r>
        <w:rPr>
          <w:rFonts w:ascii="Times New Roman" w:hAnsi="Times New Roman" w:eastAsia="宋体"/>
          <w:b w:val="0"/>
          <w:sz w:val="24"/>
        </w:rPr>
        <w:t>（6）主持省级及以上大学生科技创新课题：</w:t>
      </w:r>
    </w:p>
    <w:p>
      <w:pPr>
        <w:spacing w:after="80" w:lineRule="auto" w:line="360"/>
        <w:ind w:firstLine="482"/>
        <w:jc w:val="both"/>
      </w:pPr>
      <w:r>
        <w:rPr>
          <w:rFonts w:ascii="Times New Roman" w:hAnsi="Times New Roman" w:eastAsia="宋体"/>
          <w:b w:val="0"/>
          <w:sz w:val="24"/>
        </w:rPr>
        <w:t>主持国家级大学生创新训练计划项目，结题验收合格，计2分；主持省级大学生创新训练计划项目，结题验收合格，计1分。</w:t>
      </w:r>
    </w:p>
    <w:p>
      <w:pPr>
        <w:spacing w:after="80" w:lineRule="auto" w:line="360"/>
        <w:ind w:firstLine="482"/>
        <w:jc w:val="both"/>
      </w:pPr>
      <w:r>
        <w:rPr>
          <w:rFonts w:ascii="Times New Roman" w:hAnsi="Times New Roman" w:eastAsia="宋体"/>
          <w:b w:val="0"/>
          <w:sz w:val="24"/>
        </w:rPr>
        <w:t>（7）外语成绩，须达到或超过相应分数线，且语种与学生本人在校修读的主修语种一致，计算办法为：该项得分=本人成绩/相应科目满分*2.5。分两类：</w:t>
      </w:r>
    </w:p>
    <w:p>
      <w:pPr>
        <w:spacing w:after="80" w:lineRule="auto" w:line="360"/>
        <w:ind w:firstLine="482"/>
        <w:jc w:val="both"/>
      </w:pPr>
      <w:r>
        <w:rPr>
          <w:rFonts w:ascii="Times New Roman" w:hAnsi="Times New Roman" w:eastAsia="宋体"/>
          <w:b w:val="0"/>
          <w:sz w:val="24"/>
        </w:rPr>
        <w:t>①由教育部教育考试院实施的：CET6≥425；小语种（日语、俄语、德语、法语）六级≥60。</w:t>
      </w:r>
    </w:p>
    <w:p>
      <w:pPr>
        <w:spacing w:after="80" w:lineRule="auto" w:line="360"/>
        <w:ind w:firstLine="482"/>
        <w:jc w:val="both"/>
      </w:pPr>
      <w:r>
        <w:rPr>
          <w:rFonts w:ascii="Times New Roman" w:hAnsi="Times New Roman" w:eastAsia="宋体"/>
          <w:b w:val="0"/>
          <w:sz w:val="24"/>
        </w:rPr>
        <w:t>②由其他国际机构实施的：雅思≥6.5，托福≥90，PTE≥60；其他语种分数线参照CET6及格线。</w:t>
      </w:r>
    </w:p>
    <w:p>
      <w:pPr>
        <w:spacing w:after="80" w:lineRule="auto" w:line="360"/>
        <w:ind w:firstLine="482"/>
        <w:jc w:val="both"/>
      </w:pPr>
      <w:r>
        <w:rPr>
          <w:rFonts w:ascii="Times New Roman" w:hAnsi="Times New Roman" w:eastAsia="宋体"/>
          <w:b w:val="0"/>
          <w:sz w:val="24"/>
        </w:rPr>
        <w:t>（8）国家级荣誉称号：获得全国优秀大学生、中国大学生年度人物、中国大学生自强之星等国家荣誉称号，计2.5分。获得省级优秀大学生、省级大学生年度人物等省级荣誉称号，计1分。</w:t>
      </w:r>
    </w:p>
    <w:p>
      <w:pPr>
        <w:spacing w:after="80" w:lineRule="auto" w:line="360"/>
        <w:ind w:firstLine="482"/>
        <w:jc w:val="both"/>
      </w:pPr>
      <w:r>
        <w:rPr>
          <w:rFonts w:ascii="Times New Roman" w:hAnsi="Times New Roman" w:eastAsia="宋体"/>
          <w:b w:val="0"/>
          <w:sz w:val="24"/>
        </w:rPr>
        <w:t>以上各项指标统计截止时间为2025年8月25日（学校申请推免年度文件下达之日）。总分相同条件下，按照学生的成绩绩点、外语六级、国家级荣誉、科研成果、大学生科技创新课题、竞赛获奖进行排名。</w:t>
      </w:r>
    </w:p>
    <w:p>
      <w:pPr>
        <w:spacing w:after="80" w:lineRule="auto" w:line="360"/>
        <w:ind w:firstLine="482"/>
        <w:jc w:val="both"/>
      </w:pPr>
      <w:r>
        <w:rPr>
          <w:rFonts w:ascii="Times New Roman" w:hAnsi="Times New Roman" w:eastAsia="宋体"/>
          <w:b w:val="0"/>
          <w:sz w:val="24"/>
        </w:rPr>
        <w:t>3．必修课平均学分绩点（GPA）计算办法严格按照《山西农业大学本科生学籍管理办法》第五章有关条款执行，其中，曾不及格课程成绩的绩点按照上述办法第五章第二十四条打折计算。综合评价指标由学院推免生遴选工作领导小组负责审核学生出具的证明材料，并进行公示。对学院推免生遴选工作领导小组认定存在争议的加分指标，由学校推免生遴选工作领导小组负责进行最终裁定。</w:t>
      </w:r>
    </w:p>
    <w:p>
      <w:pPr>
        <w:spacing w:after="80" w:lineRule="auto" w:line="360"/>
        <w:ind w:firstLine="482"/>
        <w:jc w:val="both"/>
      </w:pPr>
      <w:r>
        <w:rPr>
          <w:rFonts w:ascii="Times New Roman" w:hAnsi="Times New Roman" w:eastAsia="宋体"/>
          <w:b w:val="0"/>
          <w:sz w:val="24"/>
        </w:rPr>
        <w:t>4.综合遴选成绩=必修课平均学分绩点（GPA）/5*80+综合评价指标成绩。</w:t>
      </w:r>
    </w:p>
    <w:p>
      <w:pPr>
        <w:spacing w:after="80" w:lineRule="auto" w:line="360"/>
        <w:ind w:firstLine="482"/>
        <w:jc w:val="both"/>
      </w:pPr>
      <w:r>
        <w:rPr>
          <w:rFonts w:ascii="Times New Roman" w:hAnsi="Times New Roman" w:eastAsia="宋体"/>
          <w:b w:val="0"/>
          <w:sz w:val="24"/>
        </w:rPr>
        <w:t>5.学院推免生遴选工作领导小组对申请推荐免试学生综合遴选成绩进行排序并公示，按照学生综合遴选成绩及学院推荐优秀本科生名额确定拟推荐名单，上报学校推免生遴选工作领导小组。学校汇总各单位推免生名单，进行公示。</w:t>
      </w:r>
    </w:p>
    <w:p>
      <w:pPr>
        <w:spacing w:after="80" w:lineRule="auto" w:line="360"/>
        <w:ind w:firstLine="482"/>
        <w:jc w:val="both"/>
      </w:pPr>
      <w:r>
        <w:rPr>
          <w:rFonts w:ascii="Times New Roman" w:hAnsi="Times New Roman" w:eastAsia="宋体"/>
          <w:b w:val="0"/>
          <w:sz w:val="24"/>
        </w:rPr>
        <w:t>（四）提交材料</w:t>
      </w:r>
    </w:p>
    <w:p>
      <w:pPr>
        <w:spacing w:after="80" w:lineRule="auto" w:line="360"/>
        <w:ind w:firstLine="482"/>
        <w:jc w:val="both"/>
      </w:pPr>
      <w:r>
        <w:rPr>
          <w:rFonts w:ascii="Times New Roman" w:hAnsi="Times New Roman" w:eastAsia="宋体"/>
          <w:b w:val="0"/>
          <w:sz w:val="24"/>
        </w:rPr>
        <w:t>1．《山西农业大学推荐免试攻读研究生思想品德考核表》纸质版2份和电子版；</w:t>
      </w:r>
    </w:p>
    <w:p>
      <w:pPr>
        <w:spacing w:after="80" w:lineRule="auto" w:line="360"/>
        <w:ind w:firstLine="482"/>
        <w:jc w:val="both"/>
      </w:pPr>
      <w:r>
        <w:rPr>
          <w:rFonts w:ascii="Times New Roman" w:hAnsi="Times New Roman" w:eastAsia="宋体"/>
          <w:b w:val="0"/>
          <w:sz w:val="24"/>
        </w:rPr>
        <w:t>2．《山西农业大学推荐免试攻读研究生资格申请表》纸质版2份和电子版；</w:t>
      </w:r>
    </w:p>
    <w:p>
      <w:pPr>
        <w:spacing w:after="80" w:lineRule="auto" w:line="360"/>
        <w:ind w:firstLine="482"/>
        <w:jc w:val="both"/>
      </w:pPr>
      <w:r>
        <w:rPr>
          <w:rFonts w:ascii="Times New Roman" w:hAnsi="Times New Roman" w:eastAsia="宋体"/>
          <w:b w:val="0"/>
          <w:sz w:val="24"/>
        </w:rPr>
        <w:t>3．《山西农业大学推荐免试攻读研究生综合评价成绩计算表》纸质版2份和电子版；</w:t>
      </w:r>
    </w:p>
    <w:p>
      <w:pPr>
        <w:spacing w:after="80" w:lineRule="auto" w:line="360"/>
        <w:ind w:firstLine="482"/>
        <w:jc w:val="both"/>
      </w:pPr>
      <w:r>
        <w:rPr>
          <w:rFonts w:ascii="Times New Roman" w:hAnsi="Times New Roman" w:eastAsia="宋体"/>
          <w:b w:val="0"/>
          <w:sz w:val="24"/>
        </w:rPr>
        <w:t>4．反映考生外语水平的证书、竞赛获奖证书、荣誉证书、科研成果、主持课题结题验收报告等相应证明支撑材料的纸质版和电子版。</w:t>
      </w:r>
    </w:p>
    <w:p>
      <w:pPr>
        <w:spacing w:before="160" w:after="80" w:lineRule="auto" w:line="360"/>
        <w:jc w:val="left"/>
      </w:pPr>
      <w:r>
        <w:rPr>
          <w:rFonts w:ascii="Times New Roman" w:hAnsi="Times New Roman" w:eastAsia="宋体"/>
          <w:b/>
          <w:sz w:val="28"/>
        </w:rPr>
        <w:t>三、推荐工作程序</w:t>
      </w:r>
    </w:p>
    <w:p>
      <w:pPr>
        <w:spacing w:after="80" w:lineRule="auto" w:line="360"/>
        <w:ind w:firstLine="482"/>
        <w:jc w:val="both"/>
      </w:pPr>
      <w:r>
        <w:rPr>
          <w:rFonts w:ascii="Times New Roman" w:hAnsi="Times New Roman" w:eastAsia="宋体"/>
          <w:b w:val="0"/>
          <w:sz w:val="24"/>
        </w:rPr>
        <w:t>1．2025年8月26日至8月28日 制定《山西农业大学草业学院2026年推荐优秀应届本科毕业生免试攻读研究生实施细则》，报学校教务部审核备案，审核通过后，在学院网站公示，并向学院2026届本科毕业生做好政策宣传、解读工作。</w:t>
      </w:r>
    </w:p>
    <w:p>
      <w:pPr>
        <w:spacing w:after="80" w:lineRule="auto" w:line="360"/>
        <w:ind w:firstLine="482"/>
        <w:jc w:val="both"/>
      </w:pPr>
      <w:r>
        <w:rPr>
          <w:rFonts w:ascii="Times New Roman" w:hAnsi="Times New Roman" w:eastAsia="宋体"/>
          <w:b w:val="0"/>
          <w:sz w:val="24"/>
        </w:rPr>
        <w:t>2．2025年8月29日至8月30日 符合申请条件的学生填写《山西农业大学推荐免试攻读研究生思想品德考核表》《山西农业大学推荐免试攻读研究生资格申请表》《山西农业大学推荐免试攻读研究生综合评价成绩计算表》及相应证明支撑材料，并将思想品德考核表、申请表、成绩计算表、相应证明支撑材料的原件、复印件交至实验大楼402B办公室。</w:t>
      </w:r>
    </w:p>
    <w:p>
      <w:pPr>
        <w:spacing w:after="80" w:lineRule="auto" w:line="360"/>
        <w:ind w:firstLine="482"/>
        <w:jc w:val="both"/>
      </w:pPr>
      <w:r>
        <w:rPr>
          <w:rFonts w:ascii="Times New Roman" w:hAnsi="Times New Roman" w:eastAsia="宋体"/>
          <w:b w:val="0"/>
          <w:sz w:val="24"/>
        </w:rPr>
        <w:t>3．2025年8月31日至9月5日 学院推免生遴选工作领导小组组织成立专家审核小组对符合条件申请者GPA排名、综合评价指标材料审核，计算综合遴选成绩，确定学院拟推荐学生名单，填报《草业学院2026年推荐优秀应届本科毕业生免试攻读研究生汇总表》和公示名单，并公示不少于3日。</w:t>
      </w:r>
    </w:p>
    <w:p>
      <w:pPr>
        <w:spacing w:after="80" w:lineRule="auto" w:line="360"/>
        <w:ind w:firstLine="482"/>
        <w:jc w:val="both"/>
      </w:pPr>
      <w:r>
        <w:rPr>
          <w:rFonts w:ascii="Times New Roman" w:hAnsi="Times New Roman" w:eastAsia="宋体"/>
          <w:b w:val="0"/>
          <w:sz w:val="24"/>
        </w:rPr>
        <w:t>4．2025年9月6日至9月15日 对学院拟推荐学生的审核及推荐名单报送将由学校统一组织，详细信息请参照教务部发布的《山西农业大学2026年推荐优秀应届本科毕业生免试攻读研究生工作方案》（https://jwc.sxau.edu.cn/info/1006/9179.htm）工作进度安排中的第4、5条。</w:t>
      </w:r>
    </w:p>
    <w:p>
      <w:pPr>
        <w:spacing w:after="80" w:lineRule="auto" w:line="360"/>
        <w:ind w:firstLine="482"/>
        <w:jc w:val="both"/>
      </w:pPr>
      <w:r>
        <w:rPr>
          <w:rFonts w:ascii="Times New Roman" w:hAnsi="Times New Roman" w:eastAsia="宋体"/>
          <w:b w:val="0"/>
          <w:sz w:val="24"/>
        </w:rPr>
        <w:t>推荐工作于2025年9月15日全部完成。</w:t>
      </w:r>
    </w:p>
    <w:p>
      <w:pPr>
        <w:spacing w:before="160" w:after="80" w:lineRule="auto" w:line="360"/>
        <w:jc w:val="left"/>
      </w:pPr>
      <w:r>
        <w:rPr>
          <w:rFonts w:ascii="Times New Roman" w:hAnsi="Times New Roman" w:eastAsia="宋体"/>
          <w:b/>
          <w:sz w:val="28"/>
        </w:rPr>
        <w:t>四、工作要求</w:t>
      </w:r>
    </w:p>
    <w:p>
      <w:pPr>
        <w:spacing w:after="80" w:lineRule="auto" w:line="360"/>
        <w:ind w:firstLine="482"/>
        <w:jc w:val="both"/>
      </w:pPr>
      <w:r>
        <w:rPr>
          <w:rFonts w:ascii="Times New Roman" w:hAnsi="Times New Roman" w:eastAsia="宋体"/>
          <w:b w:val="0"/>
          <w:sz w:val="24"/>
        </w:rPr>
        <w:t>（一）规范推免工作流程。学院严格按照工作要求、时间安排和规定程序开展推免工作。教育部建立的“全国推荐优秀应届本科毕业生免试攻读研究生信息公开暨管理服务系统”（简称“推免服务系统”，网址:http://yz.chsi.com.cn/tm），是推免工作统一的信息备案公开平台和网上报考录取系统。推免生（含推免硕士生和直博生）资格审核确认、报考、录取以及备案公开等相关工作均须通过“推免服务系统”进行。</w:t>
      </w:r>
    </w:p>
    <w:p>
      <w:pPr>
        <w:spacing w:after="80" w:lineRule="auto" w:line="360"/>
        <w:ind w:firstLine="482"/>
        <w:jc w:val="both"/>
      </w:pPr>
      <w:r>
        <w:rPr>
          <w:rFonts w:ascii="Times New Roman" w:hAnsi="Times New Roman" w:eastAsia="宋体"/>
          <w:b w:val="0"/>
          <w:sz w:val="24"/>
        </w:rPr>
        <w:t>（二）严格审核基本条件。学院认真贯彻落实国家和学校的推免文件精神，紧紧围绕立德树人根本任务，坚持德智体美劳全面衡量，牢固树立质量意识；要以德为先，把学生思想品德考核作为推免生遴选的重要内容，把本科阶段学业综合成绩作为推免工作最基础的遴选指标，不得专门组织遴选推免生的考试（包括笔试、面试等），也不得擅自降低推免选拔标准。</w:t>
      </w:r>
    </w:p>
    <w:p>
      <w:pPr>
        <w:spacing w:after="80" w:lineRule="auto" w:line="360"/>
        <w:ind w:firstLine="482"/>
        <w:jc w:val="both"/>
      </w:pPr>
      <w:r>
        <w:rPr>
          <w:rFonts w:ascii="Times New Roman" w:hAnsi="Times New Roman" w:eastAsia="宋体"/>
          <w:b w:val="0"/>
          <w:sz w:val="24"/>
        </w:rPr>
        <w:t>对申请推免资格学生的科研创新成果、论文、竞赛获奖等申报材料及内容要成立专家审核小组（专家组成员为具有相关学科副教授以上职称，不少于5人，随《实施细则》报送教务部），进行审核鉴定，排除抄袭、造假、冒名及有名无实等情况，并组织相关学生在一定范围内进行公开答辩，答辩全程要录音录像，答辩结果要公开公示。通过审核鉴定或答辩的学生特殊学术专长，须在本单位网站上予以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三）建立责任追究制度。推免工作务必要公平、公正、公开，要高度重视资料保存和过程管理。工作过程中有任何违规行为，学校将严肃查处，追究责任。参加推免的工作人员应当坚守底线思维，签署推免工作责任书。责任书由学院专人保管，电子扫描件将交学校推免工作领导小组办公室存档备案。</w:t>
      </w:r>
    </w:p>
    <w:p>
      <w:pPr>
        <w:spacing w:after="80" w:lineRule="auto" w:line="360"/>
        <w:ind w:firstLine="482"/>
        <w:jc w:val="both"/>
      </w:pPr>
      <w:r>
        <w:rPr>
          <w:rFonts w:ascii="Times New Roman" w:hAnsi="Times New Roman" w:eastAsia="宋体"/>
          <w:b w:val="0"/>
          <w:sz w:val="24"/>
        </w:rPr>
        <w:t>（四）执行回避制度。本院教职工子女特别是学院领导干部及推免相关工作人员有直系亲属或利益相关人员报名参加学院推免招生的应主动申请回避，有非直系亲属等报名参加推免招生的要主动报备。如有上述人员，须将详细情况随《实施细则》提前报送教务部。</w:t>
      </w:r>
    </w:p>
    <w:p>
      <w:pPr>
        <w:spacing w:after="80" w:lineRule="auto" w:line="360"/>
        <w:ind w:firstLine="482"/>
        <w:jc w:val="both"/>
      </w:pPr>
      <w:r>
        <w:rPr>
          <w:rFonts w:ascii="Times New Roman" w:hAnsi="Times New Roman" w:eastAsia="宋体"/>
          <w:b w:val="0"/>
          <w:sz w:val="24"/>
        </w:rPr>
        <w:t>（五）畅通信息通道。学院根据规定及时公布工作方案、推荐名额、推免生名单等信息。学院根据本办法实时公布相关信息，经过公示的内容不得随意变更。要主动接受参加推免生和社会的监督，畅通学生反映意见建议通道，学生对推免生工作有异议，可向学院推免生遴选工作领导小组反映，也可直接向驻校纪检监察组、教务部申诉。</w:t>
      </w:r>
    </w:p>
    <w:p>
      <w:pPr>
        <w:spacing w:after="80" w:lineRule="auto" w:line="360"/>
        <w:ind w:firstLine="482"/>
        <w:jc w:val="both"/>
      </w:pPr>
      <w:r>
        <w:rPr>
          <w:rFonts w:ascii="Times New Roman" w:hAnsi="Times New Roman" w:eastAsia="宋体"/>
          <w:b w:val="0"/>
          <w:sz w:val="24"/>
        </w:rPr>
        <w:t>山西农业大学草业学院</w:t>
      </w:r>
    </w:p>
    <w:p>
      <w:pPr>
        <w:spacing w:after="80" w:lineRule="auto" w:line="360"/>
        <w:ind w:firstLine="482"/>
        <w:jc w:val="both"/>
      </w:pPr>
      <w:r>
        <w:rPr>
          <w:rFonts w:ascii="Times New Roman" w:hAnsi="Times New Roman" w:eastAsia="宋体"/>
          <w:b w:val="0"/>
          <w:sz w:val="24"/>
        </w:rPr>
        <w:t>2025年8月26日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