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资源与土木工程学院2026年推免生遴选工作实施细则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资源与土木工程学院2026年推免生遴选工作实施细则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文件名称：资源与土木工程学院2026年推免生遴选工作实施细则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发布时间：2025-09-08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本页正文仅包含上述文件名称及发布时间，未提供申请条件、报名时间、活动时间、接收条件、流程、材料清单、时间节点、名额、联系方式等具体内容。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页面其余内容为网站导航栏目，包括历史沿革、学院领导、学院办公室、教学科研办公室、学生工作办公室、采矿工程系、矿物工程系、安全工程系、地质系、土木工程系、测绘工程系、环境工程系、实验中心、知名校友、博士后流动站、师资概况、院士风采、国家级人才、杰出青年、四青青年、新世纪人才、教师名录、深部金属矿山安全开采、实验教师、卓越青年、校内培养、校外引进、本科教学、教学管理、教学改革、精品工程、博士生导师、硕士生导师、博士研究生工作、硕士研究生工作、工程硕士工作、学科建设、学科点简介、国家重点学科、重大项目、科技成果、学术交流、科研平台、党建工作、支部立项、党建活动、理论学习、规章制度、党建风采、学生园地、思想教育、学生管理、团学活动、学生服务、就业服务、勤工助学、健康指导、资源下载、学院文件、行政管理、人事管理、教学管理、学科建设、学生管理、党建工作、其他内容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