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植科院2025年全国优秀大学生夏令营招生公告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增进全国作物学与植物保护相关专业优秀学子之间的交流，选拔有志于从事农业科学研究的优秀本科生来我院深造，华中农业大学植物科学技术学院拟于2025年7月上旬举办优秀大学生夏令营。夏令营活动内容主要包括专题讲座、师生互动交流、学科体验等。欢迎全国优秀学子踊跃报名。现将具体事宜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国内外涉农学、植物保护、植物科学与技术、种子科学与技术、生物学、计算机科学、生物统计学等相关专业重点院校或一流学科2026年应届毕业本科生；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对作物学或植物保护学科有浓厚兴趣，热爱农业及科学研究，具备专业科研能力和发展潜力，身心健康；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期间学习成绩优秀，综合排名在本专业同年级学生前列。其中，“双一流”建设高校学生前3学年的GPA成绩在本专业年级排名前30%；其他取得教育部推荐免试资格的高校应届本科毕业生前3学年的GPA成绩在本专业年级排名前20%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大学英语四级考试成绩425分及以上，同等条件下通过大学英语六级考试者优先；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在本科阶段取得出色科研成果者或有特殊培养潜质的学生，可适当放宽以上第3、4条。但须有两名本学科教授推荐（提交《教授推荐信》，其中至少有一封为华中农业大学植物科学技术学院教授的推荐信），方具有报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二、报名材料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申请材料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提交要求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成绩单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本科含前三年成绩的成绩单扫描件（须加盖教务部门公章）。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专业排名证明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须加盖教务部门公章，注明专业总人数及本人所在位次。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外语成绩证明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如大学英语四、六级考试成绩单扫描件等能体现英语水平的证明。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其他证明材料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包括：发表论文（如有）证明材料；本科期间各类获奖证书扫描件等。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教授推荐信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符合申请条件（5），另须提交推荐信（见附件）。请于报名截止前发送推荐信扫描件至邮箱：limin@mail.hzau.edu.cn。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注：以上编号1至4的申请材料须按顺序整合为一个PDF文件上传至报名系统中，文件命名为“姓名+本科学校”，材料提交报名系统后不可修改。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报名时间：2025年6月16日8:00截止报名。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报名方式：采取网上报名，请扫描以下二维码或点击链接https://jsj.top/f/BALKM3进行报名。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格审查：学院将根据报名情况于6月23日前完成资料审核，确定入选人员，在学院网站公示（https://cpst.hzau.edu.cn），并以邮件方式通知本人。未入选者，不另行通知。6月25日前，入选营员根据邮件内容按要求确认是否参加，逾期未回复者视为自动放弃此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申请学生须对提交材料的真实性和准确性负完全责任，一旦发现弄虚作假，取消入营资格。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活动安排：暂定7月上旬，具体时间另行通知。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后勤安排：学院统一为营员购买夏令营活动期间的意外保险，并提供校内免费住宿。推免时报考我院并录取的优秀营员，学院报销从本科学校所在城市到武汉往返路费（报销标准不高于高铁/动车二等座）。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活动内容：举办专题讲座、师生互动交流、学科体验等活动。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夏令营不收取任何费用。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学院将结合各项安排对营员进行综合考核，对表现优异的学生颁发优秀营员证书。优秀营员获得本科就读学校保研资格，推免录取时学院根据考核情况择优录取。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未尽事宜由华中农业大学植物科学技术学院2025年夏令营组委会解释。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夏令营活动咨询：厉老师027-87282131；推免招生咨询：高老师027-87283686。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