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哈尔滨工程大学研究生招生服务系统登录入口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发布日期：未标注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一、系统登录入口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本页面为哈尔滨工程大学研究生招生服务系统登录入口，提供博士研究生考生、硕士研究生考生及硕士考场查询三类登录通道。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系统建议使用Chrome浏览器、新Edge浏览器、火狐浏览器、360浏览器或QQ浏览器访问。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二、系统使用说明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本系统严禁发布、上传涉及国家秘密、工作秘密、内部敏感事项的信息。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系统版权归大连拓扑伟业科技有限公司所有，访问网址为http://yjszs.hrbeu.edu.cn/。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