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紫金地质与矿业学院关于推荐2026年免试攻读研究生拟推荐及候补名单的公示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紫金地质与矿业学院关于推荐2026年免试攻读研究生拟推荐及候补名单的公示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国家教育部及学校《福州大学推荐优秀应届本科毕业生免试攻读研究生工作实施办法（2022年修订）》（福大招考〔2022〕5号）（以下简称“实施办法”）、《关于做好我校2026年推荐优秀应届本科毕业生免试攻读研究生工作的通知》、《关于组建福州大学第28届研究生支教团有关工作安排的通知》（校团〔2025〕5号）等相关文件精神。经本科生个人申请，学院审核以及审核小组对特殊学术专长或突出培养潜质学生考核，由学院推免生遴选工作领导小组和学院党政联席会议讨论通过，拟推荐紫金地质与矿业学院齐兴华等23名同学为2026年推荐免试攻读硕士学位研究生人选，徐嘉怡等5位同学为2026年推荐免试攻读硕士学位研究生候补人选，特此公示。推荐程绍辉、肖宇宸等2位同学为福州大学第28届研究生支教团入围片段教学考核名单，相关名单已在校团委网站公示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公示期为三个工作日，2025年9月12日-2025年9月16日（上午8:30-12:00，下午14:00-17:30）。公示期间，如有异议，需实名向学院纪委反映，地点：紫金楼214，电话：0591-22865217。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紫金地质与矿业学院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2025年9月12日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附：推荐名单及排序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推荐排序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推免生学号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推免生姓名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本科专业名称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综合测评成绩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是否属于特殊学术专长推荐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正选1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162201113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齐兴华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地采复合型实验班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92.6817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正选2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162202204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胡桐瑞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地采复合型实验班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91.5130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正选1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162203208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段宇坤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矿物加工工程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96.3056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正选2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162203221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邱小玲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矿物加工工程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92.6826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162203117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闻家伟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矿物加工工程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92.5610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正选4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162203219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鲁西歌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矿物加工工程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90.8239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正选5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162203202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陈家宝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矿物加工工程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88.9367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正选6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162203120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杨赛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矿物加工工程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88.8477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正选1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162201214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林铭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资源勘查工程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93.0093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正选2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162201217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邱国强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资源勘查工程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92.3117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162201216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林子韬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资源勘查工程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90.2412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正选4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162201212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林宸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资源勘查工程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89.4757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正选5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162201104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程绍辉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资源勘查工程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86.5150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正选6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162201101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晁智翔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资源勘查工程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85.1248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正选1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162204103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陈宥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地质工程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95.0148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正选2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162204201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陈科润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地质工程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83.0320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162204119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吴荣泽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地质工程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77.3679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正选4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162204121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叶垲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地质工程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77.2907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正选1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162202126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张璟奇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采矿工程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94.7416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正选2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162202207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蓝祺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采矿工程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93.0229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162202223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赵俊博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采矿工程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91.4527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正选4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162202211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林志城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采矿工程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89.4316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正选5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162202219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许成杰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采矿工程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85.7907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候补1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162201120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徐嘉怡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资源勘查工程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85.0960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候补2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162203122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张程鑫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矿物加工工程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83.3503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候补3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162201220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肖宇宸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资源勘查工程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81.5594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候补4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162201219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翁闰杰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资源勘查工程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81.5246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候补5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162203201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保阳松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矿物加工工程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79.9793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否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