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2026年度优秀大学生暑期夏令营实施方案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天津市中西医结合医院•南开医院始建于1947年，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1997年经国家中医药管理局批准，南开医院增名“天津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市中西医结合医院”，其坚守“中西合璧、日新月异、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德高医粹、至仁至信”的院训，秉承“艰苦奋斗的创业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精神、严谨求实的科学态度、竭诚服务的医疗作风，为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发展中西医结合事业殚心竭力”的南医精神，以保障人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民健康为中心，以推进新时代中西医结合临床医学中心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建设为目标，推动中西医结合事业迈向新发展新阶段。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为了给全国各院校的优秀大学生提供了解天津医科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大学附属南开医院学术、科研环境和日常学习生活环境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的机会，了解当前医学及生命科学领域的发展现状，我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院将于2026年7月21日举办2026年度优秀大学生暑期夏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令营活动。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一、学生申请资格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1.拥护中国共产党的领导，愿为祖国建设服务，品德良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好，遵纪守法，身心健康，健康状况符合国家及我校的相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关体检要求；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2.在学期间学习成绩优秀，英语水平良好；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3.具有生物学、医学等相关专业背景，对生命科学和医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学有浓厚的兴趣，愿意从事临床医疗工作或基础医学研究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工作。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二、报名方式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申请人须扫描以下二维码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报名截止时间为2026年7月9日，逾期不再受理。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三、暑期夏令营主要活动安排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注：以上活动安排以夏令营报到时的具体议程安排为准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四、其他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1.所有申请学生需确保提供的材料真实有效，如发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现有不诚信行为将取消一切资格；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2.咨询方式：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电话：（022）27435008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E-mail：cuiwei913@126.com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联系人：崔老师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时间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内容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7月21日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学术讲座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院史馆、科学家精神教育基地参观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导师面对面交流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夏令营学生风采展示（以PPT形式，每人5分钟）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