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化学学院接收2027年优秀应届本科毕业生免试攻读研究生预报名通知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化学学院接收2027年优秀应届本科毕业生免试攻读研究生预报名通知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本通知由南开大学化学学院发布，面向2027年优秀应届本科毕业生，开展免试攻读研究生预报名工作。通知类型为预推免预报名，适用于有意申请南开大学化学学院研究生的推免生。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申请者须为2027年优秀应届本科毕业生，符合国家及南开大学关于推荐免试攻读研究生的基本条件。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具体申请条件及要求，请参照附件及后续详细说明。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申请者需下载并填写附件中的《申请攻读南开大学博士学位研究生专家推荐函》（适用于申请直博或相关项目）。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按照学院要求提交预报名材料，具体提交方式及截止时间请关注后续通知或联系学院确认。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学院地址：天津市南开区卫津路94号，邮编：300071。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咨询邮箱：hxxy@nankai.edu.cn。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联系电话：请点击查询页面获取具体联系方式。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可关注“南开化学”微信公众号获取最新招生动态。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本通知为预报名阶段通知，正式推免流程及名额分配将另行公布。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请申请者及时关注南开大学化学学院官网（https://chem.nankai.edu.cn）发布的相关信息。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