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长春师范大学工程学院推免工作实施细则（试行）-长春师范大学工程学院</w:t>
      </w:r>
    </w:p>
    <w:p>
      <w:pPr>
        <w:spacing w:after="80" w:lineRule="auto" w:line="360"/>
        <w:ind w:firstLine="482"/>
        <w:jc w:val="both"/>
      </w:pPr>
      <w:r>
        <w:rPr>
          <w:rFonts w:ascii="Times New Roman" w:hAnsi="Times New Roman" w:eastAsia="宋体"/>
          <w:b w:val="0"/>
          <w:sz w:val="24"/>
        </w:rPr>
        <w:t>根据教育部、吉林省教育厅和学校有关推免工作文件精神，依据《长春师范大学推荐优秀应届本科毕业生免试攻读研究生工作管理办法（试行）》和《长春师范大学推荐优秀应届本科毕业生免试攻读2026年硕士学位研究生工作实施细则》，结合学院实际情况，制定实施本细则。</w:t>
      </w:r>
    </w:p>
    <w:p>
      <w:pPr>
        <w:spacing w:after="80" w:lineRule="auto" w:line="360"/>
        <w:ind w:firstLine="482"/>
        <w:jc w:val="both"/>
      </w:pPr>
      <w:r>
        <w:rPr>
          <w:rFonts w:ascii="Times New Roman" w:hAnsi="Times New Roman" w:eastAsia="宋体"/>
          <w:b w:val="0"/>
          <w:sz w:val="24"/>
        </w:rPr>
        <w:t>发布日期（推定）：2025年8月23日</w:t>
      </w:r>
    </w:p>
    <w:p>
      <w:pPr>
        <w:spacing w:before="160" w:after="80" w:lineRule="auto" w:line="360"/>
        <w:jc w:val="left"/>
      </w:pPr>
      <w:r>
        <w:rPr>
          <w:rFonts w:ascii="Times New Roman" w:hAnsi="Times New Roman" w:eastAsia="宋体"/>
          <w:b/>
          <w:sz w:val="28"/>
        </w:rPr>
        <w:t>一、推免生范围</w:t>
      </w:r>
    </w:p>
    <w:p>
      <w:pPr>
        <w:spacing w:after="80" w:lineRule="auto" w:line="360"/>
        <w:ind w:firstLine="482"/>
        <w:jc w:val="both"/>
      </w:pPr>
      <w:r>
        <w:rPr>
          <w:rFonts w:ascii="Times New Roman" w:hAnsi="Times New Roman" w:eastAsia="宋体"/>
          <w:b w:val="0"/>
          <w:sz w:val="24"/>
        </w:rPr>
        <w:t>推免生选拔范围为学院纳入国家普通本科招生计划录取的应届毕业生（不含专升本、第二学士学位、定向与委培、对口升学、高职衔接的学生）。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生遴选工作小组。工作小组组长由党总支书记和院长担任，党总支副书记、副院长、学院党总支纪检委员以及教师代表为成员，工作小组总人数为奇数。各学院应以文件形式将学院推免生遴选工作小组名单报学校推免生遴选领导小组办公室（教务处）备案。学院成立专家审核小组，成员原则上应具有相关学科副教授以上职称，必要时可邀请校外权威专家，不少于5人。对申请推免资格学生的科研创新成果、论文、竞赛获奖奖项及内容进行审核鉴定，并组织公开答辩及结果公布。</w:t>
      </w:r>
    </w:p>
    <w:p>
      <w:pPr>
        <w:spacing w:before="160" w:after="80" w:lineRule="auto" w:line="360"/>
        <w:jc w:val="left"/>
      </w:pPr>
      <w:r>
        <w:rPr>
          <w:rFonts w:ascii="Times New Roman" w:hAnsi="Times New Roman" w:eastAsia="宋体"/>
          <w:b/>
          <w:sz w:val="28"/>
        </w:rPr>
        <w:t>三、推免生资格</w:t>
      </w:r>
    </w:p>
    <w:p>
      <w:pPr>
        <w:spacing w:after="80" w:lineRule="auto" w:line="360"/>
        <w:ind w:firstLine="482"/>
        <w:jc w:val="both"/>
      </w:pPr>
      <w:r>
        <w:rPr>
          <w:rFonts w:ascii="Times New Roman" w:hAnsi="Times New Roman" w:eastAsia="宋体"/>
          <w:b w:val="0"/>
          <w:sz w:val="24"/>
        </w:rPr>
        <w:t>推荐条件按《长春师范大学推荐优秀应届本科毕业生免试攻读研究生工作管理办法（试行）》规定执行。</w:t>
      </w:r>
    </w:p>
    <w:p>
      <w:pPr>
        <w:spacing w:before="160" w:after="80" w:lineRule="auto" w:line="360"/>
        <w:jc w:val="left"/>
      </w:pPr>
      <w:r>
        <w:rPr>
          <w:rFonts w:ascii="Times New Roman" w:hAnsi="Times New Roman" w:eastAsia="宋体"/>
          <w:b/>
          <w:sz w:val="28"/>
        </w:rPr>
        <w:t>四、推免生计划</w:t>
      </w:r>
    </w:p>
    <w:p>
      <w:pPr>
        <w:spacing w:after="80" w:lineRule="auto" w:line="360"/>
        <w:ind w:firstLine="482"/>
        <w:jc w:val="both"/>
      </w:pPr>
      <w:r>
        <w:rPr>
          <w:rFonts w:ascii="Times New Roman" w:hAnsi="Times New Roman" w:eastAsia="宋体"/>
          <w:b w:val="0"/>
          <w:sz w:val="24"/>
        </w:rPr>
        <w:t>学院2026年推免生为3人，分别是：机械设计制造及其自动化专业1人、车辆工程专业1人、智能制造工程专业1人。若学院未能完成推免指标，则剩余指标学校收回，由领导小组重新分配。</w:t>
      </w:r>
    </w:p>
    <w:p>
      <w:pPr>
        <w:spacing w:before="160" w:after="80" w:lineRule="auto" w:line="360"/>
        <w:jc w:val="left"/>
      </w:pPr>
      <w:r>
        <w:rPr>
          <w:rFonts w:ascii="Times New Roman" w:hAnsi="Times New Roman" w:eastAsia="宋体"/>
          <w:b/>
          <w:sz w:val="28"/>
        </w:rPr>
        <w:t>五、学院推免生遴选工作流程及细则</w:t>
      </w:r>
    </w:p>
    <w:p>
      <w:pPr>
        <w:spacing w:after="80" w:lineRule="auto" w:line="360"/>
        <w:ind w:firstLine="482"/>
        <w:jc w:val="both"/>
      </w:pPr>
      <w:r>
        <w:rPr>
          <w:rFonts w:ascii="Times New Roman" w:hAnsi="Times New Roman" w:eastAsia="宋体"/>
          <w:b w:val="0"/>
          <w:sz w:val="24"/>
        </w:rPr>
        <w:t>1.确定推免生候选人</w:t>
      </w:r>
    </w:p>
    <w:p>
      <w:pPr>
        <w:spacing w:after="80" w:lineRule="auto" w:line="360"/>
        <w:ind w:firstLine="482"/>
        <w:jc w:val="both"/>
      </w:pPr>
      <w:r>
        <w:rPr>
          <w:rFonts w:ascii="Times New Roman" w:hAnsi="Times New Roman" w:eastAsia="宋体"/>
          <w:b w:val="0"/>
          <w:sz w:val="24"/>
        </w:rPr>
        <w:t>学院工作小组根据学校领导小组分配的各专业推免生名额，按照《长春师范大学推荐优秀应届本科毕业生免试攻读研究生工作管理办法（试行）》规定，进行推免生推荐资格审定。条件如下：</w:t>
      </w:r>
    </w:p>
    <w:p>
      <w:pPr>
        <w:spacing w:after="80" w:lineRule="auto" w:line="360"/>
        <w:ind w:firstLine="482"/>
        <w:jc w:val="both"/>
      </w:pPr>
      <w:r>
        <w:rPr>
          <w:rFonts w:ascii="Times New Roman" w:hAnsi="Times New Roman" w:eastAsia="宋体"/>
          <w:b w:val="0"/>
          <w:sz w:val="24"/>
        </w:rPr>
        <w:t>（一）具有高尚的爱国主义情操和集体主义精神，社会主义信念坚定，社会责任感强，遵纪守法；</w:t>
      </w:r>
    </w:p>
    <w:p>
      <w:pPr>
        <w:spacing w:after="80" w:lineRule="auto" w:line="360"/>
        <w:ind w:firstLine="482"/>
        <w:jc w:val="both"/>
      </w:pPr>
      <w:r>
        <w:rPr>
          <w:rFonts w:ascii="Times New Roman" w:hAnsi="Times New Roman" w:eastAsia="宋体"/>
          <w:b w:val="0"/>
          <w:sz w:val="24"/>
        </w:rPr>
        <w:t>（二）诚实守信，学风端正，品行优良，积极向上，身心健康。在校期间无任何因课程考核违纪作弊和剽窃他人学术成果受处分记录，无任何其它违法违纪受处分记录；</w:t>
      </w:r>
    </w:p>
    <w:p>
      <w:pPr>
        <w:spacing w:after="80" w:lineRule="auto" w:line="360"/>
        <w:ind w:firstLine="482"/>
        <w:jc w:val="both"/>
      </w:pPr>
      <w:r>
        <w:rPr>
          <w:rFonts w:ascii="Times New Roman" w:hAnsi="Times New Roman" w:eastAsia="宋体"/>
          <w:b w:val="0"/>
          <w:sz w:val="24"/>
        </w:rPr>
        <w:t>（三）学习成绩优异，基础知识扎实，在校期间所学课程和实践环节无不及格、补考及重修、重新学习记录；</w:t>
      </w:r>
    </w:p>
    <w:p>
      <w:pPr>
        <w:spacing w:after="80" w:lineRule="auto" w:line="360"/>
        <w:ind w:firstLine="482"/>
        <w:jc w:val="both"/>
      </w:pPr>
      <w:r>
        <w:rPr>
          <w:rFonts w:ascii="Times New Roman" w:hAnsi="Times New Roman" w:eastAsia="宋体"/>
          <w:b w:val="0"/>
          <w:sz w:val="24"/>
        </w:rPr>
        <w:t>（四）全国大学外语四级、六级考试成绩达到425分（含），专业外语四级或以上等级考试成绩达到满分的60%（含）以上，或达到相应水平外语考试成绩（托福、雅思等）；</w:t>
      </w:r>
    </w:p>
    <w:p>
      <w:pPr>
        <w:spacing w:after="80" w:lineRule="auto" w:line="360"/>
        <w:ind w:firstLine="482"/>
        <w:jc w:val="both"/>
      </w:pPr>
      <w:r>
        <w:rPr>
          <w:rFonts w:ascii="Times New Roman" w:hAnsi="Times New Roman" w:eastAsia="宋体"/>
          <w:b w:val="0"/>
          <w:sz w:val="24"/>
        </w:rPr>
        <w:t>（五）要求至推免时段，参加推免学生总平均学分绩点排名列本专业前10%；</w:t>
      </w:r>
    </w:p>
    <w:p>
      <w:pPr>
        <w:spacing w:after="80" w:lineRule="auto" w:line="360"/>
        <w:ind w:firstLine="482"/>
        <w:jc w:val="both"/>
      </w:pPr>
      <w:r>
        <w:rPr>
          <w:rFonts w:ascii="Times New Roman" w:hAnsi="Times New Roman" w:eastAsia="宋体"/>
          <w:b w:val="0"/>
          <w:sz w:val="24"/>
        </w:rPr>
        <w:t>（六）身体健康状况符合国家规定的研究生入学体检标准。</w:t>
      </w:r>
    </w:p>
    <w:p>
      <w:pPr>
        <w:spacing w:after="80" w:lineRule="auto" w:line="360"/>
        <w:ind w:firstLine="482"/>
        <w:jc w:val="both"/>
      </w:pPr>
      <w:r>
        <w:rPr>
          <w:rFonts w:ascii="Times New Roman" w:hAnsi="Times New Roman" w:eastAsia="宋体"/>
          <w:b w:val="0"/>
          <w:sz w:val="24"/>
        </w:rPr>
        <w:t>按以上要求严格审核，确定符合条件的推免生候选人，由候选人自愿报名参加遴选，务必通知到所有候选人。放弃申报推免生资格的候选人需填写自主放弃申报意见书，意见书格式及内容由工作小组确定。学生思想政治表现情况由学院党总支出具意见，学业情况、外语成绩情况由教学院长负责完成并如实填写，综合能力考核成绩由工作小组总体负责完成核定。</w:t>
      </w:r>
    </w:p>
    <w:p>
      <w:pPr>
        <w:spacing w:after="80" w:lineRule="auto" w:line="360"/>
        <w:ind w:firstLine="482"/>
        <w:jc w:val="both"/>
      </w:pPr>
      <w:r>
        <w:rPr>
          <w:rFonts w:ascii="Times New Roman" w:hAnsi="Times New Roman" w:eastAsia="宋体"/>
          <w:b w:val="0"/>
          <w:sz w:val="24"/>
        </w:rPr>
        <w:t>2.确定推荐人选</w:t>
      </w:r>
    </w:p>
    <w:p>
      <w:pPr>
        <w:spacing w:after="80" w:lineRule="auto" w:line="360"/>
        <w:ind w:firstLine="482"/>
        <w:jc w:val="both"/>
      </w:pPr>
      <w:r>
        <w:rPr>
          <w:rFonts w:ascii="Times New Roman" w:hAnsi="Times New Roman" w:eastAsia="宋体"/>
          <w:b w:val="0"/>
          <w:sz w:val="24"/>
        </w:rPr>
        <w:t>综合能力考核成绩（满分100分）评价细则，结合平均学分绩点成绩（首次考核成绩，满分100分），完成排序，确定各专业推免生推荐人选。</w:t>
      </w:r>
    </w:p>
    <w:p>
      <w:pPr>
        <w:spacing w:after="80" w:lineRule="auto" w:line="360"/>
        <w:ind w:firstLine="482"/>
        <w:jc w:val="both"/>
      </w:pPr>
      <w:r>
        <w:rPr>
          <w:rFonts w:ascii="Times New Roman" w:hAnsi="Times New Roman" w:eastAsia="宋体"/>
          <w:b w:val="0"/>
          <w:sz w:val="24"/>
        </w:rPr>
        <w:t>本科阶段综合能力考核成绩（满分100分）评价细则：</w:t>
      </w:r>
    </w:p>
    <w:p>
      <w:pPr>
        <w:spacing w:after="80" w:lineRule="auto" w:line="360"/>
        <w:ind w:firstLine="482"/>
        <w:jc w:val="both"/>
      </w:pPr>
      <w:r>
        <w:rPr>
          <w:rFonts w:ascii="Times New Roman" w:hAnsi="Times New Roman" w:eastAsia="宋体"/>
          <w:b w:val="0"/>
          <w:sz w:val="24"/>
        </w:rPr>
        <w:t>（1）竞赛类。作为主力成员（前三名）参加与学业相关的国内权威科研竞赛（全国赛）、教学竞赛（全国赛）（《长春师范大学本科生学科竞赛管理办法》（长师校字〔2022〕199号）及《2024年长春师范大学本科生学科竞赛目录》（教务处〔2024〕56号）认定）：获得一等奖：赋（30分），二等奖：赋（20分），三等奖：赋（10分）。</w:t>
      </w:r>
    </w:p>
    <w:p>
      <w:pPr>
        <w:spacing w:after="80" w:lineRule="auto" w:line="360"/>
        <w:ind w:firstLine="482"/>
        <w:jc w:val="both"/>
      </w:pPr>
      <w:r>
        <w:rPr>
          <w:rFonts w:ascii="Times New Roman" w:hAnsi="Times New Roman" w:eastAsia="宋体"/>
          <w:b w:val="0"/>
          <w:sz w:val="24"/>
        </w:rPr>
        <w:t>（2）社会实践类。参加志愿服务：国家组织的赋20分，省级组织的赋15分。</w:t>
      </w:r>
    </w:p>
    <w:p>
      <w:pPr>
        <w:spacing w:after="80" w:lineRule="auto" w:line="360"/>
        <w:ind w:firstLine="482"/>
        <w:jc w:val="both"/>
      </w:pPr>
      <w:r>
        <w:rPr>
          <w:rFonts w:ascii="Times New Roman" w:hAnsi="Times New Roman" w:eastAsia="宋体"/>
          <w:b w:val="0"/>
          <w:sz w:val="24"/>
        </w:rPr>
        <w:t>（3）学术成果类。在核心期刊上（以当年北京大学出版的《中文核心期刊要目总览》为准）以独立作者或第一作者发表的与学业相关的科研论文：赋30分。</w:t>
      </w:r>
    </w:p>
    <w:p>
      <w:pPr>
        <w:spacing w:after="80" w:lineRule="auto" w:line="360"/>
        <w:ind w:firstLine="482"/>
        <w:jc w:val="both"/>
      </w:pPr>
      <w:r>
        <w:rPr>
          <w:rFonts w:ascii="Times New Roman" w:hAnsi="Times New Roman" w:eastAsia="宋体"/>
          <w:b w:val="0"/>
          <w:sz w:val="24"/>
        </w:rPr>
        <w:t>（4）国际交流类。到国际组织实习：赋20分。</w:t>
      </w:r>
    </w:p>
    <w:p>
      <w:pPr>
        <w:spacing w:after="80" w:lineRule="auto" w:line="360"/>
        <w:ind w:firstLine="482"/>
        <w:jc w:val="both"/>
      </w:pPr>
      <w:r>
        <w:rPr>
          <w:rFonts w:ascii="Times New Roman" w:hAnsi="Times New Roman" w:eastAsia="宋体"/>
          <w:b w:val="0"/>
          <w:sz w:val="24"/>
        </w:rPr>
        <w:t>以上志愿服务、国际组织实习必须是官方下发通知，学校遴选推荐的人员，需要提供证书、服务时长、服务内容等佐证材料。国际组织实习不包括国际交流学习类型。</w:t>
      </w:r>
    </w:p>
    <w:p>
      <w:pPr>
        <w:spacing w:after="80" w:lineRule="auto" w:line="360"/>
        <w:ind w:firstLine="482"/>
        <w:jc w:val="both"/>
      </w:pPr>
      <w:r>
        <w:rPr>
          <w:rFonts w:ascii="Times New Roman" w:hAnsi="Times New Roman" w:eastAsia="宋体"/>
          <w:b w:val="0"/>
          <w:sz w:val="24"/>
        </w:rPr>
        <w:t>学生在上述某一项中有多项加分情况时，只取分数最高的一项。序号（1）、（2）、（3）、（4）每项赋分满分依次为30、20、30、20分。第（1），（3）项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学校设特别贡献成绩，如学生获得奥运会、亚运会冠军，荣获一等功或其它国家荣誉勋章等荣誉，由学校领导小组根据贡献程度进行评议赋分，赋分值加上以上4项分值满分不超过100分。</w:t>
      </w:r>
    </w:p>
    <w:p>
      <w:pPr>
        <w:spacing w:after="80" w:lineRule="auto" w:line="360"/>
        <w:ind w:firstLine="482"/>
        <w:jc w:val="both"/>
      </w:pPr>
      <w:r>
        <w:rPr>
          <w:rFonts w:ascii="Times New Roman" w:hAnsi="Times New Roman" w:eastAsia="宋体"/>
          <w:b w:val="0"/>
          <w:sz w:val="24"/>
        </w:rPr>
        <w:t>总成绩计算方式：</w:t>
      </w:r>
    </w:p>
    <w:p>
      <w:pPr>
        <w:spacing w:after="80" w:lineRule="auto" w:line="360"/>
        <w:ind w:firstLine="482"/>
        <w:jc w:val="both"/>
      </w:pPr>
      <w:r>
        <w:rPr>
          <w:rFonts w:ascii="Times New Roman" w:hAnsi="Times New Roman" w:eastAsia="宋体"/>
          <w:b w:val="0"/>
          <w:sz w:val="24"/>
        </w:rPr>
        <w:t>总成绩=（总平均学分绩点×10+50）×95%+（综合能力考核成绩）×5%。</w:t>
      </w:r>
    </w:p>
    <w:p>
      <w:pPr>
        <w:spacing w:after="80" w:lineRule="auto" w:line="360"/>
        <w:ind w:firstLine="482"/>
        <w:jc w:val="both"/>
      </w:pPr>
      <w:r>
        <w:rPr>
          <w:rFonts w:ascii="Times New Roman" w:hAnsi="Times New Roman" w:eastAsia="宋体"/>
          <w:b w:val="0"/>
          <w:sz w:val="24"/>
        </w:rPr>
        <w:t>3.公示上报</w:t>
      </w:r>
    </w:p>
    <w:p>
      <w:pPr>
        <w:spacing w:after="80" w:lineRule="auto" w:line="360"/>
        <w:ind w:firstLine="482"/>
        <w:jc w:val="both"/>
      </w:pPr>
      <w:r>
        <w:rPr>
          <w:rFonts w:ascii="Times New Roman" w:hAnsi="Times New Roman" w:eastAsia="宋体"/>
          <w:b w:val="0"/>
          <w:sz w:val="24"/>
        </w:rPr>
        <w:t>拟推免学生名单在学院办公区醒目位置和学院网站主页上公示3天。公示结束后，学院将拟推免学生名单报学校领导小组办公室。</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1．学院要落实立德树人根本任务，坚持德智体美劳全面衡量，以德为先，把学生思想品德考核作为推免生遴选的重要内容和重要依据，思想品德考核不合格者不予推荐。</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