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公共管理学院关于2026年推荐免试研究生复试的通知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公共管理学院关于2026年推荐免试研究生复试的通知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各位考生：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根据学校有关通知精神，为公平公正、科学有效地组织公共管理学院2026年推荐免试研究生复试，确保各项工作顺利进行，现将本院2026年推荐免试研究生复试工作各项安排通知如下。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2025年9月23日9:30，连线考生，进行系统测试预演。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2025年9月23日13:00，网络远程复试正式开始，考生按研招网“远程面试系统”中呈现的考场和顺序完成面试。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二、复试平台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推免复试采取网络远程考核方式进行。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网络平台原则上首选研招网的“远程面试系统”，“双机位”进行考核。备用平台为阿里钉钉和腾讯会议。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考生需提前下载安装学信网App（https://www.chsi.com.cn/wap/download.jsp），提前熟悉使用规则，同时在电子设备中安装注册备用复试平台（阿里钉钉、腾讯会议）。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推免生复试采取面试考核，复试内容包括专业水平测试、外语水平测试及综合情况考核三项，满分均为100分，均为60分及格，复试单项成绩不及格不予录取。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专业水平测试。主要考核学生专业水平以及运用理论分析问题、解决问题的能力，测试内容以开放性、综合性能力型试题为主。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外语水平测试。主要考核外语能力，包括听力和口语，测试内容可采取学生英文自我介绍，师生英文互动问答等方式。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情况考核。主要考核学生的综合素质，全面了解学生整体情况，测试内容可采取考生自我介绍，师生互动问答等方式。综合考核中要结合《思想政治与品德素质考核表》对思想品德进行重点考核，考核不通过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复试成绩=专业水平测试成绩+外语水平测试成绩+综合情况考核成绩。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四、提交材料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考生须在系统测试前上传“考生诚信复试承诺书”（已签字）。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请考生于2025年9月22日17:00前将以下材料PDF版本发送至邮箱2609713900@qq.com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1）《思想政治素质与品德考核表》（已盖章）；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2）加盖所在学校教务处公章的本科阶段成绩单；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3）全国大学英语四六级考试成绩单，或相当英语水平的其他外语等级证书；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4）其他个人证明材料（非必须）。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须正面免冠面向镜头，保持坐姿端正，确保面部、上半身及双手在画面中清晰可见，不得佩戴口罩、耳饰，耳朵不得被遮挡，不得使用耳机（包括有线和无线耳机）；二机位放置在考生身体斜后方45度，将二机位的设备的麦克和外放声音静音，避免两个机位的相互干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房间一般应设置在家中或宿舍内，应为相对封闭的独立房间，环境整洁干净、光线充足。房间应确保安静，复试期间不得出现其他人或其他声音。复试房间不得设置在各类培训机构或商场网吧等场所内。为保证复试顺利进行，建议考生正式复试时使用与测试时相同的考试设备和网络环境，并保持“双机位”位置与测试时已经调试好的“双机位”位置相同，尽量不要更换设备、环境和“双机位”位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生须独自参加网络远程复试，不得由他人替考，不得接受其他人或机构任何形式的助考，复试期间可视范围内不得放置书刊、资料或其他无关电子设备等，不得使用美颜及滤镜，本人全程出镜，不得中途离开座位，无关人员不得在考试区域内出现，否则视为违纪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正式复试当天，网络远程复试的考生应按要求至少提前30分钟登录研招网的“远程面试系统”参加复试。考务人员将依次邀请考生进入考场，未按时进入考场的视为放弃考试，不得再进入考场考试，考试期间不得中途退出考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考生在复试过程（含测试）不得进行录音、录像、拍照、截屏、直播或通过其他手段进行信息资料采集，复试结束后，不得传播复试试题、音频、视频等相关内容。无论何时，一经查实，按作弊处理，取消复试、录取等相应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复试过程中，由于系统、网络等原因可能导致实际复试时间提前或延迟，学院会视实际需要对流程进行调整并及时通知考生，请各位考生予以理解配合并保持通讯畅通。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考生应自觉服从考务人员管理，遵从考务人员的操作指令，不得以任何理由妨碍考务人员履行职责，不得扰乱网络远程复试考场及其他相关网络场所的秩序。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其他未尽事宜，以研究生院相关要求为准。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东北财经大学公共管理学院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附件1：思想政治素质与品德考核表.doc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附件2：专家推荐信（模板）.doc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附件3：考生诚信复试承诺书.doc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