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【标题】关于2026年优秀大学生暑期夏令营活动的通知（推免生选拔相关）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发布日期：2026-06-18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增进全国优秀大学生对我校学科特色、科研实力及研究生培养体系的了解，吸引具有学术潜力和创新精神的优秀本科生报考我校，特举办2026年优秀大学生暑期夏令营活动。本活动同时作为接收推荐免试研究生（推免生）的重要参考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全国普通高校全日制本科三年级在校生（2027年应届本科毕业生），且有意向来我校攻读硕士或博士学位。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学业成绩优秀，本科前三年（或前五学期）综合成绩排名在本专业前30%以内，或获得省部级以上学科竞赛奖励，或发表过高水平学术论文者，条件可适当放宽。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英语水平良好，原则上须通过全国大学英语四级考试（CET-4）425分及以上，或具备其他相当水平的外语能力证明（如TOEFL、IELTS等）。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对相关学科领域有浓厚兴趣，有较强的科研潜力、创新意识和团队协作能力。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三、报名时间及方式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报名时间：2026年6月18日至2026年7月10日。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报名方式：申请人须通过我校研究生招生信息网（网址：https://yz.xxx.edu.cn）的夏令营报名系统进行在线报名，并按要求上传相关材料。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报名材料包括：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（1）《2026年优秀大学生暑期夏令营申请表》1份（报名系统生成，须加盖所在院系公章）；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（2）本科成绩单及成绩排名证明（须加盖教务部门公章）；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（3）个人陈述（1000字以内，重点介绍学术背景、科研经历及攻读研究生阶段的研究计划）；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（4）专家推荐信2封（由副教授及以上职称专家撰写）；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（5）英语水平证明复印件；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（6）其他证明材料（如获奖证书、已发表论文、专利、各类证书等复印件）。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四、活动时间及安排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活动时间：2026年7月20日至7月24日（共5天）。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活动形式：线下举办，具体地点及日程安排将在审核通过后另行通知。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活动内容：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（1）学校及学院介绍、学科前沿讲座；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（2）导师见面会及实验室参观；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（3）学术交流与综合考核（含专业笔试、综合面试等）；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（4）优秀营员评选。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五、接收条件及优惠政策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夏令营活动期间，将组织专家对营员进行综合考核，评选出优秀营员。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获得优秀营员资格且取得所在本科学校推免资格的学生，在教育部推免服务系统开放后，报考我校相应学院及专业，可优先接收为我校2027级推荐免试研究生。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优秀营员若未能获得推免资格，第一志愿报考我校且初试成绩达到报考专业复试分数线，在同等条件下优先录取。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具体接收名额将根据各学院招生计划及报名情况确定，各学院接收推免生名额以当年公布的招生简章为准。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网上报名：申请人于2026年7月10日前登录报名系统完成在线报名并提交材料。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资格审核：学院对申请人材料进行审核，确定入营名单。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名单公布：入营名单将于2026年7月15日前在我校研究生招生信息网公布，并以邮件或短信方式通知本人。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入营确认：收到入营通知的申请人须于2026年7月17日前通过报名系统确认是否参加，逾期未确认视为自动放弃。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参加活动：按通知要求按时报到并全程参加夏令营各项活动。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联系电话：010-XXXXXXXX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电子邮箱：yzb@xxx.edu.cn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网址：https://yz.xxx.edu.cn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各学院联系方式详见我校研究生招生信息网“联系方式”栏目。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申请人须保证所提交材料的真实性和准确性，如有弄虚作假，一经查实，取消其申请资格或优秀营员资格。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夏令营期间，我校为营员提供免费食宿，并按一定标准报销往返交通费（限火车硬座、硬卧或高铁二等座），具体报销标准及办法另行通知。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本通知未尽事宜，由研究生招生办公室负责解释。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