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林学与风景园林学院推荐2026年优秀应届本科毕业生免试攻读硕士学位工作实施细则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林学与风景园林学院推荐2026年优秀应届本科毕业生免试攻读硕士学位工作实施细则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发布者：谢军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发布时间：2025-09-03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附件1：林园推免生综合排名计算细则.pdf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附件2：《新疆农业大学高水平期刊目录》（新农大办发〔2022〕36号）.pdf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附件3：新疆农业大学学生学科竞赛级别认定表.pdf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附件4：新疆农业大学2026年推免生申请审核表.pdf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附件5：新疆农业大学2026年推免生资格审核汇总表.pdf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附件6：新疆农业大学推荐免试攻读研究生复议申请表.pdf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