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能源与动力工程学院2026年拟推荐免试攻读硕士研究生名单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能源与动力工程学院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2026年拟推荐免试攻读硕士研究生名单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根据《华北水利水电大学推荐免试攻读硕士学位研究生实施办法》(华水政〔2023〕173号)和《能源与动力工程学院推荐优秀应届本科毕业生2026年免试攻读硕士研究生实施细则》（能动政[2025]14号），经学院2026年免试攻读硕士学位研究生推免审核遴选工作小组审议通过，以下学生为能源与动力工程学院2026年拟推荐免试研究生，现予以公示，公示时间自2025年9月10日至9月19日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如对公示名单有异议，请于公示期内以书面形式与学院党政办联系。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联系电话：0371-65790059、0371-65790139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电子邮箱：nyydlgcxy@ncwu.edu.cn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序号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姓名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学号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备注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李*豫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еЇПеПЈ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еІУеРН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е≠¶еПЈ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е§Зж≥®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жЭО *и±Ђ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2022***12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еЃЛ *йЊЩ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2022***12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е≠Щ *еЗЭ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2022***13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зІ¶ *иОє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2022***25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иҐБ *йЄњ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2022****25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жѓХ *жЙђ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 *** 10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иГ° *е™Ы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2022***21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зЖК *дљ≥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2022***29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йљР *еЉЇ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2022***10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еИШ *жЭ®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2022***06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дњЮ *йЭТ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2022***20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зФ∞ *жЕІ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2022***05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йГЭ *иМє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2022***24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еАЩи°•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йЩИ *зОЙ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 **** 22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еАЩи°•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жЭ® *иіЮ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 *** 16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йЂШ *зТР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 *** 22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йїД *е£µ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 *** 24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еЉ† *и±™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 *** 11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еЃЪеРС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еЉ† *е®Б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 *** 10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еЃЪеРС</w:t>
            </w:r>
          </w:p>
        </w:tc>
      </w:tr>
    </w:tbl>
    <w:p/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定向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