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山东大学核科学与能源动力学院关于举办2025年夏令营的通知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山东大学核科学与能源动力学院将于2025年7月举办“2025年全国优秀大学生暑期夏令营”活动，旨在促进全国优秀大学生交流，增进对山东大学及核科学与能源动力学院的了解，吸引优秀本科生深造。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发布日期（推定）：2026年6月12日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一、招生专业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080700动力工程及工程热物理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085800能源动力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070200物理学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大学三年级本科在校生（2026届毕业生），本科专业要求为能源动力类或材料、机械、控制、环境、力学、化学化工、物理学、交通运输等相关专业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学业成绩优异，有望获得母校校外推免资格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外语水平良好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对科学研究有浓厚兴趣，有较强科研潜力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有意报考山东大学核科学与能源动力学院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身心健康，诚实守信，学风端正，未受过任何处分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三、报名方式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报名时间：2025年6月17日起至2025年6月27日（周五）中午12点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报名系统：登录山东大学夏令营报名系统（https://yanzhao.sdu.edu.cn/）进行网上注册及报名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四、申请材料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夏令营申请表（附件1）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本科阶段成绩单（需注明前五个学期总评成绩的专业排名和专业总人数，如无可提供前四个学期；须由所在院系或学校教务部门盖章）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英语水平证明材料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其他获奖、学术成果等证明材料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上述材料在系统中上传，无需寄送纸质材料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申请信息须真实有效，不得弄虚作假，若有不实信息将撤销营员资格并通报所在高校及院系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五、参营人员名单确定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学院组织专门人员对申请材料进行审核筛选，确定参营人员名单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准予参营人员名单通过夏令营报名系统发送入营通知，请报名人员及时关注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准予参营人员请于7月1日前在系统中确认是否参营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六、日程安排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活动时间：2025年7月上旬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活动形式：通过网络视频会议形式线上进行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活动内容：校情院情及专业介绍、导师（在校研究生）座谈交流等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参营学生须按要求全程参加活动，具体日程及安排请留意后续通知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咨询电话：0531-88392917，白老师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咨询QQ群：744737105，山大核科学与能源动力2025夏令营，入群后请尽快修改群昵称为本人真实姓名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