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研究生招生培养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研究生招生培养");var articleId=encodeURI("0c96690d259d4e10be36a67b0859411a");var articleName=encodeURI("能源动力与机械工程学院2026年招收推荐免试研究生复试成绩公示");var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