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学院2026年第九届夏令营招生简章-动物科学技术学院、动物医学院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动物科学技术学院、动物医学院是华中农业大学最早设立的院系之一。1898年，湖广总督张之洞创办湖北农务学堂（华中农业大学前身），“招有志讲求农学者入堂学习，研求种植畜牧之学”。1902年更名为湖北高等农业学堂，开设农学、畜牧、林学三科。1916年学堂一分为二，由湖北省第二高级农业学校开设畜医科（学制三年）。1952年全国院系调整组建华中农学院畜牧兽医系，首任系主任是我国著名的兽医学家秦礼让教授；1995年10月成立华中农业大学畜牧兽医学院；2002年7月更名为华中农业大学动物科学技术学院、动物医学院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建（院）系70余年来，几代牧医人弘扬“团结 严谨 求实 创新”的院风，传承“创新 创造 创业”的精神，坚持“人才立国、科技强国、产业兴国”的理念，筚路蓝缕，接续奋斗，不断推动学院发展壮大，形成了学科优势特色鲜明、教育教学体系完备的办学格局。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为帮助全国优秀大学生进一步了解华中农业大学动物科学技术学院、动物医学院，第九届夏令营招生啦！夏令营将在2026年7月10日-12日举办。欢迎全国优秀学子踊跃报名。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一、学院简介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现有在岗教职工222人，其中专任教师173人（正高85人、副高82人）、实验技术系列28人、党政管理干部21人；博士后73人。全国高校黄大年式教师团队1个，国家自然科学基金委创新研究群体2个，部（省）级创新团队18个。中国工程院院士3名，国家创新人才长期项目专家1人，国家杰出基金获得者8人，国家优秀青年科学基金获得者8人，海外优秀青年基金获得者7人，国家级领军人才项目入选者18人次，国家级青年人才项目入选者29人次，国家现代农业产业技术体系岗位科学家10人，教育部“新世纪（跨世纪）优秀人才支持计划”入选者12人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现有畜牧学、兽医学2个一级学科博士学位授权点，农业、兽医2个博士专业学位授权类别；设有畜牧学、兽医学2个博士后科研流动站。现有动物遗传育种与繁殖、动物营养与饲料科学、特种经济动物饲养、动物生产与畜牧工程、基础兽医学、预防兽医学、临床兽医学、兽医公共卫生与食品安全8个二级学科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现有全日制在校学生4181人，其中本科生1459人，硕士研究生1858人、博士研究生810人，留学生54人。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畜牧学、兽医学两个学科2017年均入选国家“双一流”建设学科，并在第四、第五轮学科评估中双双连续获评A+；2022年，均再次滚动入选国家“双一流”建设学科名单。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二、活动安排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“华中农业大学动物科学技术学院、动物医学院第九届夏令营”采用线下和云端两种方式组织，申请报名工作即日起开始。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夏令营期间，将通过学系介绍、专家风采、师生交流、与在读研究生交流、走进实验室、城市采风等活动，感受和了解我院的学科、研究生培养和专家风采。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三、申请条件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1.拟于2027年本科毕业的各高校（包括华中农业大学）动物科学、动物医学、动物药学、动物检疫、生物学等相关专业的大学生；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2.对畜牧学、兽医学有浓厚兴趣，有志于从事畜牧学、兽医学科学研究工作；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3.成绩优秀，有望获得推免资格，前四年（或前三年）的GPA成绩须位列本专业年级前30%；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4.熟练掌握英语，要求大学英语四级考试成绩在425分以上，大学英语六级考试成绩在425以上者优先；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5.如有特殊培养潜质的学生，可适当放宽以上第3条。但须有三名本专业教授推荐（提交《教授推荐信》，其中至少有一封为华中农业大学动物科学技术学院、动物医学院在职教授的推荐信），方具有报名资格；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6.华中农业大学动物科学技术学院、动物医学院预计能取得推免资格的本科生（可参考去年推免标准）均可报名参加。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四、申请材料（均在报名系统中填写并上传扫描证明材料）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1.大学英语四级、六级考试成绩单扫描件；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2.本科阶段成绩单1份，前3年（四年制学生）或前4年（五年制学生）GPA成绩排名证明（双学位学生同时附双学位成绩单及GPA排名），成绩单及GPA排名均需签字盖章后上传扫描件；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3.其他证明材料，包括：（1）已发表论文（如有）扫描件；（2）本科期间各类获奖证书扫描件；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由华中农业大学在职教授特别推荐的学生应另需提交推荐信（见附件），推荐信请邮寄或送至：湖北省武汉市洪山区狮子山街1号华中农业大学第四综合楼D321室，邮编：430070，联系人：亢老师、付老师、刘老师，电话：027-87281255，E-mail：dkygb@mail.hzau.edu.cn 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五、选拔流程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1.报名方式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登录华中农业大学动物科学技术学院、动物医学院主页，浏览招生简章，于6月29日24:00之前在“华中农业大学动物科学技术学院、动物医学院第九届夏令营报名系统（https://hzau-dkdy-rcpy-yjs.mike-x.com/tfWht）”中进行报名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2.资格审查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学院拟于6月30日—7月2日对报名者进行资格审核，拟录取的营员名单将在华中农业大学动物科学技术学院、动物医学院网站（http://my.hzau.edu.cn/）公布。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 申请学生须对提交材料的真实性和准确性负完全责任，一旦发现弄虚作假，取消入营资格。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六、后勤保障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夏令营不收取任何费用。学院为营员提供夏令营活动期间免费住宿(武汉市区和本校学生不安排)。营员需自行购买夏令营活动期间的意外保险，承担往返交通费用及在汉期间的餐饮费用；报到时须携带身份证、学生证原件以供核验；营员须遵守夏令营各项纪律，服从统一安排，未经批准不得擅自离营；凡因个人原因导致的安全事故或财产损失，责任由营员本人承担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七、联系方式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地址：湖北省武汉市洪山区狮子山街1号 华中农业大学第四综合楼学院人才培养办公室（D321室）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联系人：亢老师 、付老师、刘老师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电话：027-87281255 E-mail：dkygb@mail.hzau.edu.cn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学院导师介绍见：http://my.hzau.edu.cn/szdw/xxyjzx.htm 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长江如龙汉江如凤，大美武汉百湖相拥。琴台红楼豪气翻涌，知音黄鹤天下敬重。楚山楚水楚文化，大江大湖大武汉欢迎各高校动物科学、动物医学、动物药学、动物检疫、生物学等相关专业的优秀青年学子踊跃报名！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华中农业大学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动物科学技术学院、动物医学院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2026年6月23日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