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河南农业大学动物医学院2026年推荐免试研究生接收办法</w:t>
      </w:r>
    </w:p>
    <w:p>
      <w:pPr>
        <w:spacing w:after="80" w:lineRule="auto" w:line="360"/>
        <w:ind w:firstLine="482"/>
        <w:jc w:val="both"/>
      </w:pPr>
      <w:r>
        <w:rPr>
          <w:rFonts w:ascii="Times New Roman" w:hAnsi="Times New Roman" w:eastAsia="宋体"/>
          <w:b w:val="0"/>
          <w:sz w:val="24"/>
        </w:rPr>
        <w:t>河南农业大学动物医学院2026年推荐免试研究生接收办法</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一、组织工作</w:t>
      </w:r>
    </w:p>
    <w:p>
      <w:pPr>
        <w:spacing w:after="80" w:lineRule="auto" w:line="360"/>
        <w:ind w:firstLine="482"/>
        <w:jc w:val="both"/>
      </w:pPr>
      <w:r>
        <w:rPr>
          <w:rFonts w:ascii="Times New Roman" w:hAnsi="Times New Roman" w:eastAsia="宋体"/>
          <w:b w:val="0"/>
          <w:sz w:val="24"/>
        </w:rPr>
        <w:t>1. 学院研究生招生工作领导小组全面负责推免生接收工作，包括审定管理制度和工作方案，明确职责，解决接收中的问题。</w:t>
      </w:r>
    </w:p>
    <w:p>
      <w:pPr>
        <w:spacing w:before="160" w:after="80" w:lineRule="auto" w:line="360"/>
        <w:jc w:val="left"/>
      </w:pPr>
      <w:r>
        <w:rPr>
          <w:rFonts w:ascii="Times New Roman" w:hAnsi="Times New Roman" w:eastAsia="宋体"/>
          <w:b/>
          <w:sz w:val="28"/>
        </w:rPr>
        <w:t>二、接收推免名额及人数</w:t>
      </w:r>
    </w:p>
    <w:p>
      <w:pPr>
        <w:spacing w:after="80" w:lineRule="auto" w:line="360"/>
        <w:ind w:firstLine="482"/>
        <w:jc w:val="both"/>
      </w:pPr>
      <w:r>
        <w:rPr>
          <w:rFonts w:ascii="Times New Roman" w:hAnsi="Times New Roman" w:eastAsia="宋体"/>
          <w:b w:val="0"/>
          <w:sz w:val="24"/>
        </w:rPr>
        <w:t>1. 接收专业包括学术型硕士研究生（基础兽医学、预防兽医学、临床兽医学）及全日制兽医硕士专业学位研究生。</w:t>
      </w:r>
    </w:p>
    <w:p>
      <w:pPr>
        <w:spacing w:after="80" w:lineRule="auto" w:line="360"/>
        <w:ind w:firstLine="482"/>
        <w:jc w:val="both"/>
      </w:pPr>
      <w:r>
        <w:rPr>
          <w:rFonts w:ascii="Times New Roman" w:hAnsi="Times New Roman" w:eastAsia="宋体"/>
          <w:b w:val="0"/>
          <w:sz w:val="24"/>
        </w:rPr>
        <w:t>2. 学术型硕士研究生接收8名，其中基础兽医学2人、预防兽医学5人、临床兽医学1人。</w:t>
      </w:r>
    </w:p>
    <w:p>
      <w:pPr>
        <w:spacing w:after="80" w:lineRule="auto" w:line="360"/>
        <w:ind w:firstLine="482"/>
        <w:jc w:val="both"/>
      </w:pPr>
      <w:r>
        <w:rPr>
          <w:rFonts w:ascii="Times New Roman" w:hAnsi="Times New Roman" w:eastAsia="宋体"/>
          <w:b w:val="0"/>
          <w:sz w:val="24"/>
        </w:rPr>
        <w:t>3. 全日制兽医硕士专业学位研究生接收5名。</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拥护中国共产党的领导，具有良好的思想品德和政治素质，遵纪守法，品行端正，身心健康。</w:t>
      </w:r>
    </w:p>
    <w:p>
      <w:pPr>
        <w:spacing w:after="80" w:lineRule="auto" w:line="360"/>
        <w:ind w:firstLine="482"/>
        <w:jc w:val="both"/>
      </w:pPr>
      <w:r>
        <w:rPr>
          <w:rFonts w:ascii="Times New Roman" w:hAnsi="Times New Roman" w:eastAsia="宋体"/>
          <w:b w:val="0"/>
          <w:sz w:val="24"/>
        </w:rPr>
        <w:t>2. 已获得推荐免试资格的优秀应届本科毕业生，及其他符合相关规定的考生。</w:t>
      </w:r>
    </w:p>
    <w:p>
      <w:pPr>
        <w:spacing w:after="80" w:lineRule="auto" w:line="360"/>
        <w:ind w:firstLine="482"/>
        <w:jc w:val="both"/>
      </w:pPr>
      <w:r>
        <w:rPr>
          <w:rFonts w:ascii="Times New Roman" w:hAnsi="Times New Roman" w:eastAsia="宋体"/>
          <w:b w:val="0"/>
          <w:sz w:val="24"/>
        </w:rPr>
        <w:t>3. 学术研究兴趣浓厚，有良好的科学精神、创新意识和专业能力倾向，对攻读研究生有明确规划和目标。</w:t>
      </w:r>
    </w:p>
    <w:p>
      <w:pPr>
        <w:spacing w:after="80" w:lineRule="auto" w:line="360"/>
        <w:ind w:firstLine="482"/>
        <w:jc w:val="both"/>
      </w:pPr>
      <w:r>
        <w:rPr>
          <w:rFonts w:ascii="Times New Roman" w:hAnsi="Times New Roman" w:eastAsia="宋体"/>
          <w:b w:val="0"/>
          <w:sz w:val="24"/>
        </w:rPr>
        <w:t>4. 诚实守信，学风端正，无任何考试作弊、剽窃他人学术成果（处分期内）情况及其他违法违纪受纪律处分记录。</w:t>
      </w:r>
    </w:p>
    <w:p>
      <w:pPr>
        <w:spacing w:after="80" w:lineRule="auto" w:line="360"/>
        <w:ind w:firstLine="482"/>
        <w:jc w:val="both"/>
      </w:pPr>
      <w:r>
        <w:rPr>
          <w:rFonts w:ascii="Times New Roman" w:hAnsi="Times New Roman" w:eastAsia="宋体"/>
          <w:b w:val="0"/>
          <w:sz w:val="24"/>
        </w:rPr>
        <w:t>5. 本科阶段学习成绩、特别是专业成绩突出，英语水平符合申请学科专业的要求。</w:t>
      </w:r>
    </w:p>
    <w:p>
      <w:pPr>
        <w:spacing w:after="80" w:lineRule="auto" w:line="360"/>
        <w:ind w:firstLine="482"/>
        <w:jc w:val="both"/>
      </w:pPr>
      <w:r>
        <w:rPr>
          <w:rFonts w:ascii="Times New Roman" w:hAnsi="Times New Roman" w:eastAsia="宋体"/>
          <w:b w:val="0"/>
          <w:sz w:val="24"/>
        </w:rPr>
        <w:t>6. 由学院或学科专业确定的、与上述条件不相违背的其他条件。</w:t>
      </w:r>
    </w:p>
    <w:p>
      <w:pPr>
        <w:spacing w:before="160" w:after="80" w:lineRule="auto" w:line="360"/>
        <w:jc w:val="left"/>
      </w:pPr>
      <w:r>
        <w:rPr>
          <w:rFonts w:ascii="Times New Roman" w:hAnsi="Times New Roman" w:eastAsia="宋体"/>
          <w:b/>
          <w:sz w:val="28"/>
        </w:rPr>
        <w:t>四、工作程序及安排</w:t>
      </w:r>
    </w:p>
    <w:p>
      <w:pPr>
        <w:spacing w:after="80" w:lineRule="auto" w:line="360"/>
        <w:ind w:firstLine="482"/>
        <w:jc w:val="both"/>
      </w:pPr>
      <w:r>
        <w:rPr>
          <w:rFonts w:ascii="Times New Roman" w:hAnsi="Times New Roman" w:eastAsia="宋体"/>
          <w:b w:val="0"/>
          <w:sz w:val="24"/>
        </w:rPr>
        <w:t>（一）申请</w:t>
      </w:r>
    </w:p>
    <w:p>
      <w:pPr>
        <w:spacing w:after="80" w:lineRule="auto" w:line="360"/>
        <w:ind w:firstLine="482"/>
        <w:jc w:val="both"/>
      </w:pPr>
      <w:r>
        <w:rPr>
          <w:rFonts w:ascii="Times New Roman" w:hAnsi="Times New Roman" w:eastAsia="宋体"/>
          <w:b w:val="0"/>
          <w:sz w:val="24"/>
        </w:rPr>
        <w:t>1. 具有推荐免试资格的考生，须在国家规定时间内登录“全国推荐免试攻读研究生（免初试、转段）信息公开暨管理服务系统”（网址：https://yz.chsi.com.cn/tm）填报志愿并参加复试。</w:t>
      </w:r>
    </w:p>
    <w:p>
      <w:pPr>
        <w:spacing w:after="80" w:lineRule="auto" w:line="360"/>
        <w:ind w:firstLine="482"/>
        <w:jc w:val="both"/>
      </w:pPr>
      <w:r>
        <w:rPr>
          <w:rFonts w:ascii="Times New Roman" w:hAnsi="Times New Roman" w:eastAsia="宋体"/>
          <w:b w:val="0"/>
          <w:sz w:val="24"/>
        </w:rPr>
        <w:t>2. 学院通过推免服务系统向申请学生发出复试或不予接收复试的通知，申请学生在收到通知后24小时内在系统中予以回复。</w:t>
      </w:r>
    </w:p>
    <w:p>
      <w:pPr>
        <w:spacing w:after="80" w:lineRule="auto" w:line="360"/>
        <w:ind w:firstLine="482"/>
        <w:jc w:val="both"/>
      </w:pPr>
      <w:r>
        <w:rPr>
          <w:rFonts w:ascii="Times New Roman" w:hAnsi="Times New Roman" w:eastAsia="宋体"/>
          <w:b w:val="0"/>
          <w:sz w:val="24"/>
        </w:rPr>
        <w:t>3. 申请人按照学院安排的复试时间、地点参加复试。</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1. 复试内容包括思想品德、思维敏捷度、专业基础知识、专业技能训练、综合运用知识能力、计算机能力、分析与解决问题能力、语言表达能力及外语口语测试等9个方面，总成绩为100分。</w:t>
      </w:r>
    </w:p>
    <w:p>
      <w:pPr>
        <w:spacing w:after="80" w:lineRule="auto" w:line="360"/>
        <w:ind w:firstLine="482"/>
        <w:jc w:val="both"/>
      </w:pPr>
      <w:r>
        <w:rPr>
          <w:rFonts w:ascii="Times New Roman" w:hAnsi="Times New Roman" w:eastAsia="宋体"/>
          <w:b w:val="0"/>
          <w:sz w:val="24"/>
        </w:rPr>
        <w:t>2. 申请人复试时需提交材料：</w:t>
      </w:r>
    </w:p>
    <w:p>
      <w:pPr>
        <w:spacing w:after="80" w:lineRule="auto" w:line="360"/>
        <w:ind w:firstLine="482"/>
        <w:jc w:val="both"/>
      </w:pPr>
      <w:r>
        <w:rPr>
          <w:rFonts w:ascii="Times New Roman" w:hAnsi="Times New Roman" w:eastAsia="宋体"/>
          <w:b w:val="0"/>
          <w:sz w:val="24"/>
        </w:rPr>
        <w:t>（1）《河南农业大学接收推荐优秀应届本科毕业生免试攻读研究生（含直博生）申请表》2份、个人陈述1份；</w:t>
      </w:r>
    </w:p>
    <w:p>
      <w:pPr>
        <w:spacing w:after="80" w:lineRule="auto" w:line="360"/>
        <w:ind w:firstLine="482"/>
        <w:jc w:val="both"/>
      </w:pPr>
      <w:r>
        <w:rPr>
          <w:rFonts w:ascii="Times New Roman" w:hAnsi="Times New Roman" w:eastAsia="宋体"/>
          <w:b w:val="0"/>
          <w:sz w:val="24"/>
        </w:rPr>
        <w:t>（2）学生证、身份证复印件各1份（原件备查）；</w:t>
      </w:r>
    </w:p>
    <w:p>
      <w:pPr>
        <w:spacing w:after="80" w:lineRule="auto" w:line="360"/>
        <w:ind w:firstLine="482"/>
        <w:jc w:val="both"/>
      </w:pPr>
      <w:r>
        <w:rPr>
          <w:rFonts w:ascii="Times New Roman" w:hAnsi="Times New Roman" w:eastAsia="宋体"/>
          <w:b w:val="0"/>
          <w:sz w:val="24"/>
        </w:rPr>
        <w:t>（3）本科阶段历年成绩单（须加盖教务处公章）1份；</w:t>
      </w:r>
    </w:p>
    <w:p>
      <w:pPr>
        <w:spacing w:after="80" w:lineRule="auto" w:line="360"/>
        <w:ind w:firstLine="482"/>
        <w:jc w:val="both"/>
      </w:pPr>
      <w:r>
        <w:rPr>
          <w:rFonts w:ascii="Times New Roman" w:hAnsi="Times New Roman" w:eastAsia="宋体"/>
          <w:b w:val="0"/>
          <w:sz w:val="24"/>
        </w:rPr>
        <w:t>（4）外语水平证明（如CET四级、CET六级、TOEFL、雅思成绩等）；</w:t>
      </w:r>
    </w:p>
    <w:p>
      <w:pPr>
        <w:spacing w:after="80" w:lineRule="auto" w:line="360"/>
        <w:ind w:firstLine="482"/>
        <w:jc w:val="both"/>
      </w:pPr>
      <w:r>
        <w:rPr>
          <w:rFonts w:ascii="Times New Roman" w:hAnsi="Times New Roman" w:eastAsia="宋体"/>
          <w:b w:val="0"/>
          <w:sz w:val="24"/>
        </w:rPr>
        <w:t>（5）可提交获奖证书、能够证明自身学术水平的代表性学术论文、出版物等材料。</w:t>
      </w:r>
    </w:p>
    <w:p>
      <w:pPr>
        <w:spacing w:after="80" w:lineRule="auto" w:line="360"/>
        <w:ind w:firstLine="482"/>
        <w:jc w:val="both"/>
      </w:pPr>
      <w:r>
        <w:rPr>
          <w:rFonts w:ascii="Times New Roman" w:hAnsi="Times New Roman" w:eastAsia="宋体"/>
          <w:b w:val="0"/>
          <w:sz w:val="24"/>
        </w:rPr>
        <w:t>3. 复试形式：采取线下复试形式。</w:t>
      </w:r>
    </w:p>
    <w:p>
      <w:pPr>
        <w:spacing w:after="80" w:lineRule="auto" w:line="360"/>
        <w:ind w:firstLine="482"/>
        <w:jc w:val="both"/>
      </w:pPr>
      <w:r>
        <w:rPr>
          <w:rFonts w:ascii="Times New Roman" w:hAnsi="Times New Roman" w:eastAsia="宋体"/>
          <w:b w:val="0"/>
          <w:sz w:val="24"/>
        </w:rPr>
        <w:t>4. 复试时间：另行通知；复试地点：河南农业大学龙子湖校区第一实验楼430会议室。</w:t>
      </w:r>
    </w:p>
    <w:p>
      <w:pPr>
        <w:spacing w:after="80" w:lineRule="auto" w:line="360"/>
        <w:ind w:firstLine="482"/>
        <w:jc w:val="both"/>
      </w:pPr>
      <w:r>
        <w:rPr>
          <w:rFonts w:ascii="Times New Roman" w:hAnsi="Times New Roman" w:eastAsia="宋体"/>
          <w:b w:val="0"/>
          <w:sz w:val="24"/>
        </w:rPr>
        <w:t>（三）拟录取</w:t>
      </w:r>
    </w:p>
    <w:p>
      <w:pPr>
        <w:spacing w:after="80" w:lineRule="auto" w:line="360"/>
        <w:ind w:firstLine="482"/>
        <w:jc w:val="both"/>
      </w:pPr>
      <w:r>
        <w:rPr>
          <w:rFonts w:ascii="Times New Roman" w:hAnsi="Times New Roman" w:eastAsia="宋体"/>
          <w:b w:val="0"/>
          <w:sz w:val="24"/>
        </w:rPr>
        <w:t>1. 学院按复试成绩由高到低排序确定拟录取名单，并将申请学生姓名、拟录取学科专业、复试成绩等公示7天。</w:t>
      </w:r>
    </w:p>
    <w:p>
      <w:pPr>
        <w:spacing w:after="80" w:lineRule="auto" w:line="360"/>
        <w:ind w:firstLine="482"/>
        <w:jc w:val="both"/>
      </w:pPr>
      <w:r>
        <w:rPr>
          <w:rFonts w:ascii="Times New Roman" w:hAnsi="Times New Roman" w:eastAsia="宋体"/>
          <w:b w:val="0"/>
          <w:sz w:val="24"/>
        </w:rPr>
        <w:t>2. 经学院研究生招生工作领导小组审核并公示后的拟录取名单，报送学校研究生招生工作领导小组审定。</w:t>
      </w:r>
    </w:p>
    <w:p>
      <w:pPr>
        <w:spacing w:after="80" w:lineRule="auto" w:line="360"/>
        <w:ind w:firstLine="482"/>
        <w:jc w:val="both"/>
      </w:pPr>
      <w:r>
        <w:rPr>
          <w:rFonts w:ascii="Times New Roman" w:hAnsi="Times New Roman" w:eastAsia="宋体"/>
          <w:b w:val="0"/>
          <w:sz w:val="24"/>
        </w:rPr>
        <w:t>3. 学校通过推免服务系统发送待录取通知，申请学生应在收到通知后12小时内在系统中给予答复。</w:t>
      </w:r>
    </w:p>
    <w:p>
      <w:pPr>
        <w:spacing w:after="80" w:lineRule="auto" w:line="360"/>
        <w:ind w:firstLine="482"/>
        <w:jc w:val="both"/>
      </w:pPr>
      <w:r>
        <w:rPr>
          <w:rFonts w:ascii="Times New Roman" w:hAnsi="Times New Roman" w:eastAsia="宋体"/>
          <w:b w:val="0"/>
          <w:sz w:val="24"/>
        </w:rPr>
        <w:t>4. 拟录取名单由学校统一公示无异议后，报送河南省教育考试院并上传教育部备案。</w:t>
      </w:r>
    </w:p>
    <w:p>
      <w:pPr>
        <w:spacing w:after="80" w:lineRule="auto" w:line="360"/>
        <w:ind w:firstLine="482"/>
        <w:jc w:val="both"/>
      </w:pPr>
      <w:r>
        <w:rPr>
          <w:rFonts w:ascii="Times New Roman" w:hAnsi="Times New Roman" w:eastAsia="宋体"/>
          <w:b w:val="0"/>
          <w:sz w:val="24"/>
        </w:rPr>
        <w:t>（四）注意事项</w:t>
      </w:r>
    </w:p>
    <w:p>
      <w:pPr>
        <w:spacing w:after="80" w:lineRule="auto" w:line="360"/>
        <w:ind w:firstLine="482"/>
        <w:jc w:val="both"/>
      </w:pPr>
      <w:r>
        <w:rPr>
          <w:rFonts w:ascii="Times New Roman" w:hAnsi="Times New Roman" w:eastAsia="宋体"/>
          <w:b w:val="0"/>
          <w:sz w:val="24"/>
        </w:rPr>
        <w:t>1. 相关工作在国家规定的时间内进行，具体时间及安排以学院通知为准。</w:t>
      </w:r>
    </w:p>
    <w:p>
      <w:pPr>
        <w:spacing w:after="80" w:lineRule="auto" w:line="360"/>
        <w:ind w:firstLine="482"/>
        <w:jc w:val="both"/>
      </w:pPr>
      <w:r>
        <w:rPr>
          <w:rFonts w:ascii="Times New Roman" w:hAnsi="Times New Roman" w:eastAsia="宋体"/>
          <w:b w:val="0"/>
          <w:sz w:val="24"/>
        </w:rPr>
        <w:t>2. 学院应妥善保存包括复试登记表在内的各项复试资料。</w:t>
      </w:r>
    </w:p>
    <w:p>
      <w:pPr>
        <w:spacing w:after="80" w:lineRule="auto" w:line="360"/>
        <w:ind w:firstLine="482"/>
        <w:jc w:val="both"/>
      </w:pPr>
      <w:r>
        <w:rPr>
          <w:rFonts w:ascii="Times New Roman" w:hAnsi="Times New Roman" w:eastAsia="宋体"/>
          <w:b w:val="0"/>
          <w:sz w:val="24"/>
        </w:rPr>
        <w:t>3. 经备案拟录取的推免生需在我校校医院进行体检，具体时间另行通知，体检标准同普通高等学校招生体检工作指导意见。录取通知书于2026年6月中旬寄给考生本人。</w:t>
      </w:r>
    </w:p>
    <w:p>
      <w:pPr>
        <w:spacing w:after="80" w:lineRule="auto" w:line="360"/>
        <w:ind w:firstLine="482"/>
        <w:jc w:val="both"/>
      </w:pPr>
      <w:r>
        <w:rPr>
          <w:rFonts w:ascii="Times New Roman" w:hAnsi="Times New Roman" w:eastAsia="宋体"/>
          <w:b w:val="0"/>
          <w:sz w:val="24"/>
        </w:rPr>
        <w:t>4. 出现下列情况之一者，取消推免录取资格：</w:t>
      </w:r>
    </w:p>
    <w:p>
      <w:pPr>
        <w:spacing w:after="80" w:lineRule="auto" w:line="360"/>
        <w:ind w:firstLine="482"/>
        <w:jc w:val="both"/>
      </w:pPr>
      <w:r>
        <w:rPr>
          <w:rFonts w:ascii="Times New Roman" w:hAnsi="Times New Roman" w:eastAsia="宋体"/>
          <w:b w:val="0"/>
          <w:sz w:val="24"/>
        </w:rPr>
        <w:t>（1）在推免过程中弄虚作假者；</w:t>
      </w:r>
    </w:p>
    <w:p>
      <w:pPr>
        <w:spacing w:after="80" w:lineRule="auto" w:line="360"/>
        <w:ind w:firstLine="482"/>
        <w:jc w:val="both"/>
      </w:pPr>
      <w:r>
        <w:rPr>
          <w:rFonts w:ascii="Times New Roman" w:hAnsi="Times New Roman" w:eastAsia="宋体"/>
          <w:b w:val="0"/>
          <w:sz w:val="24"/>
        </w:rPr>
        <w:t>（2）有任何考试作弊记录者；</w:t>
      </w:r>
    </w:p>
    <w:p>
      <w:pPr>
        <w:spacing w:after="80" w:lineRule="auto" w:line="360"/>
        <w:ind w:firstLine="482"/>
        <w:jc w:val="both"/>
      </w:pPr>
      <w:r>
        <w:rPr>
          <w:rFonts w:ascii="Times New Roman" w:hAnsi="Times New Roman" w:eastAsia="宋体"/>
          <w:b w:val="0"/>
          <w:sz w:val="24"/>
        </w:rPr>
        <w:t>（3）有剽窃他人学术成果记录或其他违法违纪受处分记录者；</w:t>
      </w:r>
    </w:p>
    <w:p>
      <w:pPr>
        <w:spacing w:after="80" w:lineRule="auto" w:line="360"/>
        <w:ind w:firstLine="482"/>
        <w:jc w:val="both"/>
      </w:pPr>
      <w:r>
        <w:rPr>
          <w:rFonts w:ascii="Times New Roman" w:hAnsi="Times New Roman" w:eastAsia="宋体"/>
          <w:b w:val="0"/>
          <w:sz w:val="24"/>
        </w:rPr>
        <w:t>（4）本科毕业时未获得毕业证者；</w:t>
      </w:r>
    </w:p>
    <w:p>
      <w:pPr>
        <w:spacing w:after="80" w:lineRule="auto" w:line="360"/>
        <w:ind w:firstLine="482"/>
        <w:jc w:val="both"/>
      </w:pPr>
      <w:r>
        <w:rPr>
          <w:rFonts w:ascii="Times New Roman" w:hAnsi="Times New Roman" w:eastAsia="宋体"/>
          <w:b w:val="0"/>
          <w:sz w:val="24"/>
        </w:rPr>
        <w:t>（5）录取后又报名参加2026年全国硕士研究生招生考试者。</w:t>
      </w:r>
    </w:p>
    <w:p>
      <w:pPr>
        <w:spacing w:before="160" w:after="80" w:lineRule="auto" w:line="360"/>
        <w:jc w:val="left"/>
      </w:pPr>
      <w:r>
        <w:rPr>
          <w:rFonts w:ascii="Times New Roman" w:hAnsi="Times New Roman" w:eastAsia="宋体"/>
          <w:b/>
          <w:sz w:val="28"/>
        </w:rPr>
        <w:t>五、监督与复议</w:t>
      </w:r>
    </w:p>
    <w:p>
      <w:pPr>
        <w:spacing w:after="80" w:lineRule="auto" w:line="360"/>
        <w:ind w:firstLine="482"/>
        <w:jc w:val="both"/>
      </w:pPr>
      <w:r>
        <w:rPr>
          <w:rFonts w:ascii="Times New Roman" w:hAnsi="Times New Roman" w:eastAsia="宋体"/>
          <w:b w:val="0"/>
          <w:sz w:val="24"/>
        </w:rPr>
        <w:t>1. 实行责任制度和责任追究制度，对徇私舞弊的工作人员追究责任。</w:t>
      </w:r>
    </w:p>
    <w:p>
      <w:pPr>
        <w:spacing w:after="80" w:lineRule="auto" w:line="360"/>
        <w:ind w:firstLine="482"/>
        <w:jc w:val="both"/>
      </w:pPr>
      <w:r>
        <w:rPr>
          <w:rFonts w:ascii="Times New Roman" w:hAnsi="Times New Roman" w:eastAsia="宋体"/>
          <w:b w:val="0"/>
          <w:sz w:val="24"/>
        </w:rPr>
        <w:t>2. 实行信息公开及公示制度，学院公示拟录取名单时间不少于三个工作日，学校公示时间为十个工作日。未经学校公示及推免服务系统备案的考生不得录取。</w:t>
      </w:r>
    </w:p>
    <w:p>
      <w:pPr>
        <w:spacing w:after="80" w:lineRule="auto" w:line="360"/>
        <w:ind w:firstLine="482"/>
        <w:jc w:val="both"/>
      </w:pPr>
      <w:r>
        <w:rPr>
          <w:rFonts w:ascii="Times New Roman" w:hAnsi="Times New Roman" w:eastAsia="宋体"/>
          <w:b w:val="0"/>
          <w:sz w:val="24"/>
        </w:rPr>
        <w:t>3. 实行回避制度，本年度有直系亲属及利害关系人提交推免申请的教师和工作人员应主动回避。</w:t>
      </w:r>
    </w:p>
    <w:p>
      <w:pPr>
        <w:spacing w:after="80" w:lineRule="auto" w:line="360"/>
        <w:ind w:firstLine="482"/>
        <w:jc w:val="both"/>
      </w:pPr>
      <w:r>
        <w:rPr>
          <w:rFonts w:ascii="Times New Roman" w:hAnsi="Times New Roman" w:eastAsia="宋体"/>
          <w:b w:val="0"/>
          <w:sz w:val="24"/>
        </w:rPr>
        <w:t>4. 实行复议制度，保证投诉、申诉和监督渠道畅通。监督电话：0371-56552840，0371-56990220；举报邮箱：78598365@qq.com。</w:t>
      </w:r>
    </w:p>
    <w:p>
      <w:pPr>
        <w:spacing w:before="160" w:after="80" w:lineRule="auto" w:line="360"/>
        <w:jc w:val="left"/>
      </w:pPr>
      <w:r>
        <w:rPr>
          <w:rFonts w:ascii="Times New Roman" w:hAnsi="Times New Roman" w:eastAsia="宋体"/>
          <w:b/>
          <w:sz w:val="28"/>
        </w:rPr>
        <w:t>六、奖助政策</w:t>
      </w:r>
    </w:p>
    <w:p>
      <w:pPr>
        <w:spacing w:after="80" w:lineRule="auto" w:line="360"/>
        <w:ind w:firstLine="482"/>
        <w:jc w:val="both"/>
      </w:pPr>
      <w:r>
        <w:rPr>
          <w:rFonts w:ascii="Times New Roman" w:hAnsi="Times New Roman" w:eastAsia="宋体"/>
          <w:b w:val="0"/>
          <w:sz w:val="24"/>
        </w:rPr>
        <w:t>1. 国家和学校通过设立奖学金、助学金、助学贷款、三助岗位、绿色通道等制度，建立多元奖助体系，具体参照《河南农业大学研究生奖助学金管理办法》（农大研〔2024〕3号）执行。</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联系人：高老师</w:t>
      </w:r>
    </w:p>
    <w:p>
      <w:pPr>
        <w:spacing w:after="80" w:lineRule="auto" w:line="360"/>
        <w:ind w:firstLine="482"/>
        <w:jc w:val="both"/>
      </w:pPr>
      <w:r>
        <w:rPr>
          <w:rFonts w:ascii="Times New Roman" w:hAnsi="Times New Roman" w:eastAsia="宋体"/>
          <w:b w:val="0"/>
          <w:sz w:val="24"/>
        </w:rPr>
        <w:t>2. 联系电话：0371-56990163</w:t>
      </w:r>
    </w:p>
    <w:p>
      <w:pPr>
        <w:spacing w:after="80" w:lineRule="auto" w:line="360"/>
        <w:ind w:firstLine="482"/>
        <w:jc w:val="both"/>
      </w:pPr>
      <w:r>
        <w:rPr>
          <w:rFonts w:ascii="Times New Roman" w:hAnsi="Times New Roman" w:eastAsia="宋体"/>
          <w:b w:val="0"/>
          <w:sz w:val="24"/>
        </w:rPr>
        <w:t>3. 通讯地址：郑州市郑东新区平安大道218号，邮编：450046</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