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电子科技大学公共管理学院2026年推免生拟推荐名单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电子科技大学公共管理学院2026年推免生拟推荐名单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总计18人。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分专业明细：行政管理8人、信息管理与信息系统6人、法学4人。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行政管理、信息管理与信息系统、法学，共3个专业。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按专业独立排名，以综合成绩为核心评分依据，按综合成绩高低确定专业内入围名次。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经学生报名、学院审核、综合测评排序环节确定最终名单。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公示文件未公示各专业总人数、加分项明细。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四、公示期与异议方式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公示周期为2025年9月18日至9月24日，共计7天。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公示期内异议需以书面形式提交至学院办公室。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联系人张老师，联系电话028-61831865。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