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序号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粤港澳发展研究院2026年预推免复试考核结果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一、复试结果名单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本次复试考核结果共涉及20人，按申请专业分为区域经济学、港澳基本法两类，复试结果分为拟录取、候补录取、不予录取三种。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区域经济学专业共10人，其中拟录取4人，候补录取6人。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港澳基本法专业共10人，其中拟录取4人，候补录取4人，不予录取2人。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二、复试考核结果明细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复试结果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徐祉祺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区域经济学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梁海婷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区域经济学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翁兆平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区域经济学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刘轶珂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区域经济学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梁煜斌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区域经济学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候补录取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张建伟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区域经济学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候补录取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吴诗仁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区域经济学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候补录取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高寒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区域经济学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候补录取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刘书菡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区域经济学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候补录取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温悦君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区域经济学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候补录取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港澳基本法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郭依蓝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港澳基本法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夏文青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港澳基本法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薄同言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港澳基本法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廖湘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港澳基本法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候补录取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陈梦帆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港澳基本法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候补录取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傅煊雅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港澳基本法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候补录取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港澳基本法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候补录取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港澳基本法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不予录取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陈思晴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港澳基本法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不予录取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