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[名单5]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一、名单基本信息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发布日期：2025年9月19日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国家自然灾害防治研究院2026年硕士推免生拟录取名单，发布日期为2025年09月19日。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二、名单人数与专业明细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名单人数：总计6人。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分专业明细：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78"/>
        <w:gridCol w:w="2878"/>
        <w:gridCol w:w="2878"/>
      </w:tblGrid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专业代码及名称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专业方向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拟录取人数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0708地球物理学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固体地球物理学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2人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0709地质学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灾害遥感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3人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0857资源与环境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安全工程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1人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三、涵盖专业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涵盖0708地球物理学（固体地球物理学方向）、0709地质学（灾害遥感方向）、0857资源与环境（安全工程方向），共3个专业。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四、排名/评分方式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按拟录取名单公示，以总分作为核心评分依据，总分范围为83至97.11分；经考生报名、复试考核环节确定拟录取名单。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五、公示期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公示时间自2025年9月19日起7个工作日；异议需实名反映至人事人才处（电话：010-62846716）或党群工作部（纪检室）（电话：010-62841500），另附北京市教育考试院研究生招生办公室监督电话：010-82837456。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六、其他重要说明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拟录取类别包括学硕5人、专硕1人。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报考导师分别为刘少林（2人）、朱月琴（1人）、汪舟（1人）、杨思全（1人）、王中根（1人）。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