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海南大学数学与统计学院2026年推免生候选人名单公示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一、名单人数与专业明细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总计1人。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专业明细：数学与应用数学1人。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数学与应用数学（1个专业）。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三、排名与评分方式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经学生本人申请、学院推免生工作小组审核、学院推免生专家审核小组组织公开答辩后确定候选人名单；原文未公示综合成绩、GPA等具体评分依据及排名方式。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四、公示期与异议受理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公示期限为2025年9月15日至9月17日17:00，共计3天。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公示期内异议需以书面形式提交至学院推免工作小组办公室（6号楼-102室），并署真实姓名。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联系人：匡老师。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联系电话：0898-66193150。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