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化学系推荐优秀应届本科毕业生免试攻读2026年硕士研究生工作办法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本通知为化学系推荐优秀应届本科毕业生免试攻读2026年硕士研究生的工作办法，具体内容详见附件。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一、相关附件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化学系推荐优秀应届本科毕业生免试攻读2026年硕士研究生工作办法.pdf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诚信承诺书.docx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化学系推免生申请书.doc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地址：北京市西三环北路105号，邮编：100048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