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兰州理工大学能源与动力工程学院2026年推荐优秀应届本科毕业生免试攻读研究生工作实施细则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兰州理工大学能源与动力工程学院2026年推荐优秀应届本科毕业生免试攻读研究生工作实施细则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发布日期（推定）：2025年9月9日</w:t>
      </w:r>
    </w:p>
    <w:p>
      <w:pPr>
        <w:spacing w:after="80" w:lineRule="auto" w:line="360"/>
        <w:ind w:firstLine="482"/>
        <w:jc w:val="both"/>
      </w:pPr>
      <w:r>
        <w:rPr>
          <w:rFonts w:ascii="Times New Roman" w:hAnsi="Times New Roman" w:eastAsia="宋体"/>
          <w:b w:val="0"/>
          <w:sz w:val="24"/>
        </w:rPr>
        <w:t>根据《兰州理工大学关于做好2026年推荐优秀应届本科毕业生免试攻读硕士研究生工作的通知》精神，为做好学院2026年推荐优秀应届本科毕业生免试攻读硕士研究生工作（以下简称“推免工作”），结合我院实际情况，特制定本细则。</w:t>
      </w:r>
    </w:p>
    <w:p>
      <w:pPr>
        <w:spacing w:before="160" w:after="80" w:lineRule="auto" w:line="360"/>
        <w:jc w:val="left"/>
      </w:pPr>
      <w:r>
        <w:rPr>
          <w:rFonts w:ascii="Times New Roman" w:hAnsi="Times New Roman" w:eastAsia="宋体"/>
          <w:b/>
          <w:sz w:val="28"/>
        </w:rPr>
        <w:t>一、组织领导及实施要求</w:t>
      </w:r>
    </w:p>
    <w:p>
      <w:pPr>
        <w:spacing w:after="80" w:lineRule="auto" w:line="360"/>
        <w:ind w:firstLine="482"/>
        <w:jc w:val="both"/>
      </w:pPr>
      <w:r>
        <w:rPr>
          <w:rFonts w:ascii="Times New Roman" w:hAnsi="Times New Roman" w:eastAsia="宋体"/>
          <w:b w:val="0"/>
          <w:sz w:val="24"/>
        </w:rPr>
        <w:t>（一）组织领导</w:t>
      </w:r>
    </w:p>
    <w:p>
      <w:pPr>
        <w:spacing w:after="80" w:lineRule="auto" w:line="360"/>
        <w:ind w:firstLine="482"/>
        <w:jc w:val="both"/>
      </w:pPr>
      <w:r>
        <w:rPr>
          <w:rFonts w:ascii="Times New Roman" w:hAnsi="Times New Roman" w:eastAsia="宋体"/>
          <w:b w:val="0"/>
          <w:sz w:val="24"/>
        </w:rPr>
        <w:t>由学院组织成立推免生遴选工作领导小组和推免生遴选工作小组，按照学校推免工作要求认真做好学生成绩汇总、审核等工作，做到推免工作制度化、规范化和科学化。</w:t>
      </w:r>
    </w:p>
    <w:p>
      <w:pPr>
        <w:spacing w:after="80" w:lineRule="auto" w:line="360"/>
        <w:ind w:firstLine="482"/>
        <w:jc w:val="both"/>
      </w:pPr>
      <w:r>
        <w:rPr>
          <w:rFonts w:ascii="Times New Roman" w:hAnsi="Times New Roman" w:eastAsia="宋体"/>
          <w:b w:val="0"/>
          <w:sz w:val="24"/>
        </w:rPr>
        <w:t>推免生遴选工作领导小组：</w:t>
      </w:r>
    </w:p>
    <w:p>
      <w:pPr>
        <w:spacing w:after="80" w:lineRule="auto" w:line="360"/>
        <w:ind w:firstLine="482"/>
        <w:jc w:val="both"/>
      </w:pPr>
      <w:r>
        <w:rPr>
          <w:rFonts w:ascii="Times New Roman" w:hAnsi="Times New Roman" w:eastAsia="宋体"/>
          <w:b w:val="0"/>
          <w:sz w:val="24"/>
        </w:rPr>
        <w:t>组长：朱毓杰 魏列江</w:t>
      </w:r>
    </w:p>
    <w:p>
      <w:pPr>
        <w:spacing w:after="80" w:lineRule="auto" w:line="360"/>
        <w:ind w:firstLine="482"/>
        <w:jc w:val="both"/>
      </w:pPr>
      <w:r>
        <w:rPr>
          <w:rFonts w:ascii="Times New Roman" w:hAnsi="Times New Roman" w:eastAsia="宋体"/>
          <w:b w:val="0"/>
          <w:sz w:val="24"/>
        </w:rPr>
        <w:t>成员：张人会 赵伟国 南军虎 陈冲 王晓晖 曹文斌 李少年</w:t>
      </w:r>
    </w:p>
    <w:p>
      <w:pPr>
        <w:spacing w:after="80" w:lineRule="auto" w:line="360"/>
        <w:ind w:firstLine="482"/>
        <w:jc w:val="both"/>
      </w:pPr>
      <w:r>
        <w:rPr>
          <w:rFonts w:ascii="Times New Roman" w:hAnsi="Times New Roman" w:eastAsia="宋体"/>
          <w:b w:val="0"/>
          <w:sz w:val="24"/>
        </w:rPr>
        <w:t>推免生遴选工作小组：</w:t>
      </w:r>
    </w:p>
    <w:p>
      <w:pPr>
        <w:spacing w:after="80" w:lineRule="auto" w:line="360"/>
        <w:ind w:firstLine="482"/>
        <w:jc w:val="both"/>
      </w:pPr>
      <w:r>
        <w:rPr>
          <w:rFonts w:ascii="Times New Roman" w:hAnsi="Times New Roman" w:eastAsia="宋体"/>
          <w:b w:val="0"/>
          <w:sz w:val="24"/>
        </w:rPr>
        <w:t>组长：南军虎 陈冲</w:t>
      </w:r>
    </w:p>
    <w:p>
      <w:pPr>
        <w:spacing w:after="80" w:lineRule="auto" w:line="360"/>
        <w:ind w:firstLine="482"/>
        <w:jc w:val="both"/>
      </w:pPr>
      <w:r>
        <w:rPr>
          <w:rFonts w:ascii="Times New Roman" w:hAnsi="Times New Roman" w:eastAsia="宋体"/>
          <w:b w:val="0"/>
          <w:sz w:val="24"/>
        </w:rPr>
        <w:t>成员：王晓晖 曹文斌 李少年 张钊 董季澄</w:t>
      </w:r>
    </w:p>
    <w:p>
      <w:pPr>
        <w:spacing w:after="80" w:lineRule="auto" w:line="360"/>
        <w:ind w:firstLine="482"/>
        <w:jc w:val="both"/>
      </w:pPr>
      <w:r>
        <w:rPr>
          <w:rFonts w:ascii="Times New Roman" w:hAnsi="Times New Roman" w:eastAsia="宋体"/>
          <w:b w:val="0"/>
          <w:sz w:val="24"/>
        </w:rPr>
        <w:t>学生工作办公室、教学管理办公室、各教学基层组织配合推免生遴选工作小组，作好学院推免工作的宣传、讲解、前三年成绩查询、平均学分绩核算、信息核实、材料整理和汇总等推免生遴选工作。</w:t>
      </w:r>
    </w:p>
    <w:p>
      <w:pPr>
        <w:spacing w:after="80" w:lineRule="auto" w:line="360"/>
        <w:ind w:firstLine="482"/>
        <w:jc w:val="both"/>
      </w:pPr>
      <w:r>
        <w:rPr>
          <w:rFonts w:ascii="Times New Roman" w:hAnsi="Times New Roman" w:eastAsia="宋体"/>
          <w:b w:val="0"/>
          <w:sz w:val="24"/>
        </w:rPr>
        <w:t>（二）实施要求</w:t>
      </w:r>
    </w:p>
    <w:p>
      <w:pPr>
        <w:spacing w:after="80" w:lineRule="auto" w:line="360"/>
        <w:ind w:firstLine="482"/>
        <w:jc w:val="both"/>
      </w:pPr>
      <w:r>
        <w:rPr>
          <w:rFonts w:ascii="Times New Roman" w:hAnsi="Times New Roman" w:eastAsia="宋体"/>
          <w:b w:val="0"/>
          <w:sz w:val="24"/>
        </w:rPr>
        <w:t>1. 推免工作坚持公开、公平、公正的原则，择优选拔，严禁任何人徇私舞弊。</w:t>
      </w:r>
    </w:p>
    <w:p>
      <w:pPr>
        <w:spacing w:after="80" w:lineRule="auto" w:line="360"/>
        <w:ind w:firstLine="482"/>
        <w:jc w:val="both"/>
      </w:pPr>
      <w:r>
        <w:rPr>
          <w:rFonts w:ascii="Times New Roman" w:hAnsi="Times New Roman" w:eastAsia="宋体"/>
          <w:b w:val="0"/>
          <w:sz w:val="24"/>
        </w:rPr>
        <w:t>2. 所有创新奖励加分项根据获奖证书、文件、原始记录等。</w:t>
      </w:r>
    </w:p>
    <w:p>
      <w:pPr>
        <w:spacing w:after="80" w:lineRule="auto" w:line="360"/>
        <w:ind w:firstLine="482"/>
        <w:jc w:val="both"/>
      </w:pPr>
      <w:r>
        <w:rPr>
          <w:rFonts w:ascii="Times New Roman" w:hAnsi="Times New Roman" w:eastAsia="宋体"/>
          <w:b w:val="0"/>
          <w:sz w:val="24"/>
        </w:rPr>
        <w:t>3. 符合推免条件的学生向学院提交书面申请材料，学院审核、公示。</w:t>
      </w:r>
    </w:p>
    <w:p>
      <w:pPr>
        <w:spacing w:after="80" w:lineRule="auto" w:line="360"/>
        <w:ind w:firstLine="482"/>
        <w:jc w:val="both"/>
      </w:pPr>
      <w:r>
        <w:rPr>
          <w:rFonts w:ascii="Times New Roman" w:hAnsi="Times New Roman" w:eastAsia="宋体"/>
          <w:b w:val="0"/>
          <w:sz w:val="24"/>
        </w:rPr>
        <w:t>4. 学院拟推免学生经学院党政联席会议通过后，上报学校。</w:t>
      </w:r>
    </w:p>
    <w:p>
      <w:pPr>
        <w:spacing w:before="160" w:after="80" w:lineRule="auto" w:line="360"/>
        <w:jc w:val="left"/>
      </w:pPr>
      <w:r>
        <w:rPr>
          <w:rFonts w:ascii="Times New Roman" w:hAnsi="Times New Roman" w:eastAsia="宋体"/>
          <w:b/>
          <w:sz w:val="28"/>
        </w:rPr>
        <w:t>二、推免对象</w:t>
      </w:r>
    </w:p>
    <w:p>
      <w:pPr>
        <w:spacing w:after="80" w:lineRule="auto" w:line="360"/>
        <w:ind w:firstLine="482"/>
        <w:jc w:val="both"/>
      </w:pPr>
      <w:r>
        <w:rPr>
          <w:rFonts w:ascii="Times New Roman" w:hAnsi="Times New Roman" w:eastAsia="宋体"/>
          <w:b w:val="0"/>
          <w:sz w:val="24"/>
        </w:rPr>
        <w:t>根据教育部有关规定，今年我院参加推免的对象是纳入国家普通高校招生计划的2026届能源与动力工程、机械电子工程、测控技术与仪器等3个专业的应届本科毕业生。</w:t>
      </w:r>
    </w:p>
    <w:p>
      <w:pPr>
        <w:spacing w:before="160" w:after="80" w:lineRule="auto" w:line="360"/>
        <w:jc w:val="left"/>
      </w:pPr>
      <w:r>
        <w:rPr>
          <w:rFonts w:ascii="Times New Roman" w:hAnsi="Times New Roman" w:eastAsia="宋体"/>
          <w:b/>
          <w:sz w:val="28"/>
        </w:rPr>
        <w:t>三、推免工作相关规定</w:t>
      </w:r>
    </w:p>
    <w:p>
      <w:pPr>
        <w:spacing w:after="80" w:lineRule="auto" w:line="360"/>
        <w:ind w:firstLine="482"/>
        <w:jc w:val="both"/>
      </w:pPr>
      <w:r>
        <w:rPr>
          <w:rFonts w:ascii="Times New Roman" w:hAnsi="Times New Roman" w:eastAsia="宋体"/>
          <w:b w:val="0"/>
          <w:sz w:val="24"/>
        </w:rPr>
        <w:t>（一）推免生选拔的基本条件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具有高尚的爱国主义情操和集体主义精神，社会主义信念坚定，社会责任感强，遵守法纪校规，诚实守信，学风端正，积极向上，身心健康。</w:t>
      </w:r>
    </w:p>
    <w:p>
      <w:pPr>
        <w:spacing w:after="80" w:lineRule="auto" w:line="360"/>
        <w:ind w:firstLine="482"/>
        <w:jc w:val="both"/>
      </w:pPr>
      <w:r>
        <w:rPr>
          <w:rFonts w:ascii="Times New Roman" w:hAnsi="Times New Roman" w:eastAsia="宋体"/>
          <w:b w:val="0"/>
          <w:sz w:val="24"/>
        </w:rPr>
        <w:t>2. 勤奋学习，刻苦钻研，成绩优秀。大学本科阶段前3年课程加权平均分列本年级所在专业排名前15%或前15名（卓越班、基地班本专业排名前30%或前30名）。</w:t>
      </w:r>
    </w:p>
    <w:p>
      <w:pPr>
        <w:spacing w:after="80" w:lineRule="auto" w:line="360"/>
        <w:ind w:firstLine="482"/>
        <w:jc w:val="both"/>
      </w:pPr>
      <w:r>
        <w:rPr>
          <w:rFonts w:ascii="Times New Roman" w:hAnsi="Times New Roman" w:eastAsia="宋体"/>
          <w:b w:val="0"/>
          <w:sz w:val="24"/>
        </w:rPr>
        <w:t>3. 学术研究兴趣浓厚，具有较强的创新意识、创新能力、实践能力和专业能力。</w:t>
      </w:r>
    </w:p>
    <w:p>
      <w:pPr>
        <w:spacing w:after="80" w:lineRule="auto" w:line="360"/>
        <w:ind w:firstLine="482"/>
        <w:jc w:val="both"/>
      </w:pPr>
      <w:r>
        <w:rPr>
          <w:rFonts w:ascii="Times New Roman" w:hAnsi="Times New Roman" w:eastAsia="宋体"/>
          <w:b w:val="0"/>
          <w:sz w:val="24"/>
        </w:rPr>
        <w:t>4. 参加国家大学英语四级考试成绩达到425分以上（含425分）；小语种学生应通过相应的国家外语等级考试。所有外语等级考试的成绩必须是在本校参加考试取得的。</w:t>
      </w:r>
    </w:p>
    <w:p>
      <w:pPr>
        <w:spacing w:after="80" w:lineRule="auto" w:line="360"/>
        <w:ind w:firstLine="482"/>
        <w:jc w:val="both"/>
      </w:pPr>
      <w:r>
        <w:rPr>
          <w:rFonts w:ascii="Times New Roman" w:hAnsi="Times New Roman" w:eastAsia="宋体"/>
          <w:b w:val="0"/>
          <w:sz w:val="24"/>
        </w:rPr>
        <w:t>5. 学风端正，在校学习期间无补考、重修课程（不包括通识教育与公共基础网络选修课程、辅修专业课程）；在个人诚信或思想政治表现方面无不良记录，无学院或学校处分。</w:t>
      </w:r>
    </w:p>
    <w:p>
      <w:pPr>
        <w:spacing w:after="80" w:lineRule="auto" w:line="360"/>
        <w:ind w:firstLine="482"/>
        <w:jc w:val="both"/>
      </w:pPr>
      <w:r>
        <w:rPr>
          <w:rFonts w:ascii="Times New Roman" w:hAnsi="Times New Roman" w:eastAsia="宋体"/>
          <w:b w:val="0"/>
          <w:sz w:val="24"/>
        </w:rPr>
        <w:t>（二）综合考核成绩核算办法</w:t>
      </w:r>
    </w:p>
    <w:p>
      <w:pPr>
        <w:spacing w:after="80" w:lineRule="auto" w:line="360"/>
        <w:ind w:firstLine="482"/>
        <w:jc w:val="both"/>
      </w:pPr>
      <w:r>
        <w:rPr>
          <w:rFonts w:ascii="Times New Roman" w:hAnsi="Times New Roman" w:eastAsia="宋体"/>
          <w:b w:val="0"/>
          <w:sz w:val="24"/>
        </w:rPr>
        <w:t>以综合考核成绩为推免的排序依据，综合考核成绩将大学本科阶段前3年课程的加权平均分作为基础遴选指标，以百分制计。</w:t>
      </w:r>
    </w:p>
    <w:p>
      <w:pPr>
        <w:spacing w:after="80" w:lineRule="auto" w:line="360"/>
        <w:ind w:firstLine="482"/>
        <w:jc w:val="both"/>
      </w:pPr>
      <w:r>
        <w:rPr>
          <w:rFonts w:ascii="Times New Roman" w:hAnsi="Times New Roman" w:eastAsia="宋体"/>
          <w:b w:val="0"/>
          <w:sz w:val="24"/>
        </w:rPr>
        <w:t>综合考核成绩=大学本科阶段前3年课程成绩的加权平均分×90%+创新素质奖励分×10%。其中课程成绩以本科教务管理系统成绩为准，且为考生初次参加考试成绩。</w:t>
      </w:r>
    </w:p>
    <w:p>
      <w:pPr>
        <w:spacing w:after="80" w:lineRule="auto" w:line="360"/>
        <w:ind w:firstLine="482"/>
        <w:jc w:val="both"/>
      </w:pPr>
      <w:r>
        <w:rPr>
          <w:rFonts w:ascii="Times New Roman" w:hAnsi="Times New Roman" w:eastAsia="宋体"/>
          <w:b w:val="0"/>
          <w:sz w:val="24"/>
        </w:rPr>
        <w:t>加权平均分课程模块包括通识与公共基础必修课程、学科基础课程和专业课程，通识教育与公共基础网络选修课程、辅修专业课程不计入加权平均分计算。</w:t>
      </w:r>
    </w:p>
    <w:p>
      <w:pPr>
        <w:spacing w:after="80" w:lineRule="auto" w:line="360"/>
        <w:ind w:firstLine="482"/>
        <w:jc w:val="both"/>
      </w:pPr>
      <w:r>
        <w:rPr>
          <w:rFonts w:ascii="Times New Roman" w:hAnsi="Times New Roman" w:eastAsia="宋体"/>
          <w:b w:val="0"/>
          <w:sz w:val="24"/>
        </w:rPr>
        <w:t>创新素质奖励分计算依据学校文件统一要求执行。最高者设为100分，其他推免生按创新素质奖励分数成绩与最高分之比乘以100计算。</w:t>
      </w:r>
    </w:p>
    <w:p>
      <w:pPr>
        <w:spacing w:after="80" w:lineRule="auto" w:line="360"/>
        <w:ind w:firstLine="482"/>
        <w:jc w:val="both"/>
      </w:pPr>
      <w:r>
        <w:rPr>
          <w:rFonts w:ascii="Times New Roman" w:hAnsi="Times New Roman" w:eastAsia="宋体"/>
          <w:b w:val="0"/>
          <w:sz w:val="24"/>
        </w:rPr>
        <w:t>（三）创新素质奖励分计算标准</w:t>
      </w:r>
    </w:p>
    <w:p>
      <w:pPr>
        <w:spacing w:after="80" w:lineRule="auto" w:line="360"/>
        <w:ind w:firstLine="482"/>
        <w:jc w:val="both"/>
      </w:pPr>
      <w:r>
        <w:rPr>
          <w:rFonts w:ascii="Times New Roman" w:hAnsi="Times New Roman" w:eastAsia="宋体"/>
          <w:b w:val="0"/>
          <w:sz w:val="24"/>
        </w:rPr>
        <w:t>1. 等级考试</w:t>
      </w:r>
    </w:p>
    <w:p>
      <w:pPr>
        <w:spacing w:after="80" w:lineRule="auto" w:line="360"/>
        <w:ind w:firstLine="482"/>
        <w:jc w:val="both"/>
      </w:pPr>
      <w:r>
        <w:rPr>
          <w:rFonts w:ascii="Times New Roman" w:hAnsi="Times New Roman" w:eastAsia="宋体"/>
          <w:b w:val="0"/>
          <w:sz w:val="24"/>
        </w:rPr>
        <w:t>（1）通过CET6：6分。</w:t>
      </w:r>
    </w:p>
    <w:p>
      <w:pPr>
        <w:spacing w:after="80" w:lineRule="auto" w:line="360"/>
        <w:ind w:firstLine="482"/>
        <w:jc w:val="both"/>
      </w:pPr>
      <w:r>
        <w:rPr>
          <w:rFonts w:ascii="Times New Roman" w:hAnsi="Times New Roman" w:eastAsia="宋体"/>
          <w:b w:val="0"/>
          <w:sz w:val="24"/>
        </w:rPr>
        <w:t>（2）通过国家计算机三级及以上考试：3分，通过国家计算机二级考试：1分（计算机二级或三级仅限选加一项）。</w:t>
      </w:r>
    </w:p>
    <w:p>
      <w:pPr>
        <w:spacing w:after="80" w:lineRule="auto" w:line="360"/>
        <w:ind w:firstLine="482"/>
        <w:jc w:val="both"/>
      </w:pPr>
      <w:r>
        <w:rPr>
          <w:rFonts w:ascii="Times New Roman" w:hAnsi="Times New Roman" w:eastAsia="宋体"/>
          <w:b w:val="0"/>
          <w:sz w:val="24"/>
        </w:rPr>
        <w:t>说明：在校期间参加国家英语等级考试通过与否以教育部公布的六级英语等级考试425及以上为准。</w:t>
      </w:r>
    </w:p>
    <w:p>
      <w:pPr>
        <w:spacing w:after="80" w:lineRule="auto" w:line="360"/>
        <w:ind w:firstLine="482"/>
        <w:jc w:val="both"/>
      </w:pPr>
      <w:r>
        <w:rPr>
          <w:rFonts w:ascii="Times New Roman" w:hAnsi="Times New Roman" w:eastAsia="宋体"/>
          <w:b w:val="0"/>
          <w:sz w:val="24"/>
        </w:rPr>
        <w:t>2. 大学生创新训练计划项目结项</w:t>
      </w:r>
    </w:p>
    <w:p>
      <w:pPr>
        <w:spacing w:after="80" w:lineRule="auto" w:line="360"/>
        <w:ind w:firstLine="482"/>
        <w:jc w:val="both"/>
      </w:pPr>
      <w:r>
        <w:rPr>
          <w:rFonts w:ascii="Times New Roman" w:hAnsi="Times New Roman" w:eastAsia="宋体"/>
          <w:b w:val="0"/>
          <w:sz w:val="24"/>
        </w:rPr>
        <w:t>（1）国家级大学生创新训练计划项目结项6分/项，每项项目只计算排名前5位的成员。</w:t>
      </w:r>
    </w:p>
    <w:p>
      <w:pPr>
        <w:spacing w:after="80" w:lineRule="auto" w:line="360"/>
        <w:ind w:firstLine="482"/>
        <w:jc w:val="both"/>
      </w:pPr>
      <w:r>
        <w:rPr>
          <w:rFonts w:ascii="Times New Roman" w:hAnsi="Times New Roman" w:eastAsia="宋体"/>
          <w:b w:val="0"/>
          <w:sz w:val="24"/>
        </w:rPr>
        <w:t>（2）省级大学生创新训练计划项目结项3分/项；每项项目只计算排名前3位的成员。</w:t>
      </w:r>
    </w:p>
    <w:p>
      <w:pPr>
        <w:spacing w:after="80" w:lineRule="auto" w:line="360"/>
        <w:ind w:firstLine="482"/>
        <w:jc w:val="both"/>
      </w:pPr>
      <w:r>
        <w:rPr>
          <w:rFonts w:ascii="Times New Roman" w:hAnsi="Times New Roman" w:eastAsia="宋体"/>
          <w:b w:val="0"/>
          <w:sz w:val="24"/>
        </w:rPr>
        <w:t>（3）校级大学生创新训练计划项目结项1分/项；每项项目只计算排名前2位的成员。</w:t>
      </w:r>
    </w:p>
    <w:p>
      <w:pPr>
        <w:spacing w:after="80" w:lineRule="auto" w:line="360"/>
        <w:ind w:firstLine="482"/>
        <w:jc w:val="both"/>
      </w:pPr>
      <w:r>
        <w:rPr>
          <w:rFonts w:ascii="Times New Roman" w:hAnsi="Times New Roman" w:eastAsia="宋体"/>
          <w:b w:val="0"/>
          <w:sz w:val="24"/>
        </w:rPr>
        <w:t>同一项目获不同级别的资助，按最高分只计算一次。</w:t>
      </w:r>
    </w:p>
    <w:p>
      <w:pPr>
        <w:spacing w:after="80" w:lineRule="auto" w:line="360"/>
        <w:ind w:firstLine="482"/>
        <w:jc w:val="both"/>
      </w:pPr>
      <w:r>
        <w:rPr>
          <w:rFonts w:ascii="Times New Roman" w:hAnsi="Times New Roman" w:eastAsia="宋体"/>
          <w:b w:val="0"/>
          <w:sz w:val="24"/>
        </w:rPr>
        <w:t>3. 科技竞赛获奖（按照兰州理工大学学科竞赛级别认定清单2024版的赛事和级别认定）</w:t>
      </w:r>
    </w:p>
    <w:p>
      <w:pPr>
        <w:spacing w:after="80" w:lineRule="auto" w:line="360"/>
        <w:ind w:firstLine="482"/>
        <w:jc w:val="both"/>
      </w:pPr>
      <w:r>
        <w:rPr>
          <w:rFonts w:ascii="Times New Roman" w:hAnsi="Times New Roman" w:eastAsia="宋体"/>
          <w:b w:val="0"/>
          <w:sz w:val="24"/>
        </w:rPr>
        <w:t>（1）国家级奖：一等奖6分/项，二等奖4分/项，三等奖3分/项；每项获奖作品只计算排名前5位的成员。</w:t>
      </w:r>
    </w:p>
    <w:p>
      <w:pPr>
        <w:spacing w:after="80" w:lineRule="auto" w:line="360"/>
        <w:ind w:firstLine="482"/>
        <w:jc w:val="both"/>
      </w:pPr>
      <w:r>
        <w:rPr>
          <w:rFonts w:ascii="Times New Roman" w:hAnsi="Times New Roman" w:eastAsia="宋体"/>
          <w:b w:val="0"/>
          <w:sz w:val="24"/>
        </w:rPr>
        <w:t>（2）省级奖：一等奖3分/项，二等奖2分/项，三等奖1分/项；每项获奖作品只计算排名前3位的成员。</w:t>
      </w:r>
    </w:p>
    <w:p>
      <w:pPr>
        <w:spacing w:after="80" w:lineRule="auto" w:line="360"/>
        <w:ind w:firstLine="482"/>
        <w:jc w:val="both"/>
      </w:pPr>
      <w:r>
        <w:rPr>
          <w:rFonts w:ascii="Times New Roman" w:hAnsi="Times New Roman" w:eastAsia="宋体"/>
          <w:b w:val="0"/>
          <w:sz w:val="24"/>
        </w:rPr>
        <w:t>（3）校级奖：一等奖1分/项，二等奖0.6分/项，三等奖0.4分/项；每项获奖作品只计算排名前2位的成员。</w:t>
      </w:r>
    </w:p>
    <w:p>
      <w:pPr>
        <w:spacing w:after="80" w:lineRule="auto" w:line="360"/>
        <w:ind w:firstLine="482"/>
        <w:jc w:val="both"/>
      </w:pPr>
      <w:r>
        <w:rPr>
          <w:rFonts w:ascii="Times New Roman" w:hAnsi="Times New Roman" w:eastAsia="宋体"/>
          <w:b w:val="0"/>
          <w:sz w:val="24"/>
        </w:rPr>
        <w:t>同一作品获不同级别的奖项或在不同比赛中获得的奖项，按最高分只计算一次；设特等奖的赛事特等奖、一等奖、二等奖分别按照一等奖、二等奖、三等奖计分。</w:t>
      </w:r>
    </w:p>
    <w:p>
      <w:pPr>
        <w:spacing w:after="80" w:lineRule="auto" w:line="360"/>
        <w:ind w:firstLine="482"/>
        <w:jc w:val="both"/>
      </w:pPr>
      <w:r>
        <w:rPr>
          <w:rFonts w:ascii="Times New Roman" w:hAnsi="Times New Roman" w:eastAsia="宋体"/>
          <w:b w:val="0"/>
          <w:sz w:val="24"/>
        </w:rPr>
        <w:t>4. 与本专业相关的授权专利</w:t>
      </w:r>
    </w:p>
    <w:p>
      <w:pPr>
        <w:spacing w:after="80" w:lineRule="auto" w:line="360"/>
        <w:ind w:firstLine="482"/>
        <w:jc w:val="both"/>
      </w:pPr>
      <w:r>
        <w:rPr>
          <w:rFonts w:ascii="Times New Roman" w:hAnsi="Times New Roman" w:eastAsia="宋体"/>
          <w:b w:val="0"/>
          <w:sz w:val="24"/>
        </w:rPr>
        <w:t>“七国组织”认可的国外发明专利、国家发明专利、国防专利，6分/项；专利是在校期间以独立或者第一或者与指导老师联合申请并授权，第一发明单位为兰州理工大学，与指导老师联合申报的专利，限定指导老师为第一发明人，学生为第二发明人，且指导老师应出具推荐信客观陈述学生在联合成果中所做的实际贡献。</w:t>
      </w:r>
    </w:p>
    <w:p>
      <w:pPr>
        <w:spacing w:after="80" w:lineRule="auto" w:line="360"/>
        <w:ind w:firstLine="482"/>
        <w:jc w:val="both"/>
      </w:pPr>
      <w:r>
        <w:rPr>
          <w:rFonts w:ascii="Times New Roman" w:hAnsi="Times New Roman" w:eastAsia="宋体"/>
          <w:b w:val="0"/>
          <w:sz w:val="24"/>
        </w:rPr>
        <w:t>5. 发表与学业相关的论文</w:t>
      </w:r>
    </w:p>
    <w:p>
      <w:pPr>
        <w:spacing w:after="80" w:lineRule="auto" w:line="360"/>
        <w:ind w:firstLine="482"/>
        <w:jc w:val="both"/>
      </w:pPr>
      <w:r>
        <w:rPr>
          <w:rFonts w:ascii="Times New Roman" w:hAnsi="Times New Roman" w:eastAsia="宋体"/>
          <w:b w:val="0"/>
          <w:sz w:val="24"/>
        </w:rPr>
        <w:t>（1）自然科学类A1论文，60分/篇。</w:t>
      </w:r>
    </w:p>
    <w:p>
      <w:pPr>
        <w:spacing w:after="80" w:lineRule="auto" w:line="360"/>
        <w:ind w:firstLine="482"/>
        <w:jc w:val="both"/>
      </w:pPr>
      <w:r>
        <w:rPr>
          <w:rFonts w:ascii="Times New Roman" w:hAnsi="Times New Roman" w:eastAsia="宋体"/>
          <w:b w:val="0"/>
          <w:sz w:val="24"/>
        </w:rPr>
        <w:t>（2）自然科学类A2论文，20分/篇。</w:t>
      </w:r>
    </w:p>
    <w:p>
      <w:pPr>
        <w:spacing w:after="80" w:lineRule="auto" w:line="360"/>
        <w:ind w:firstLine="482"/>
        <w:jc w:val="both"/>
      </w:pPr>
      <w:r>
        <w:rPr>
          <w:rFonts w:ascii="Times New Roman" w:hAnsi="Times New Roman" w:eastAsia="宋体"/>
          <w:b w:val="0"/>
          <w:sz w:val="24"/>
        </w:rPr>
        <w:t>（3）自然科学类A3论文，6分/篇。</w:t>
      </w:r>
    </w:p>
    <w:p>
      <w:pPr>
        <w:spacing w:after="80" w:lineRule="auto" w:line="360"/>
        <w:ind w:firstLine="482"/>
        <w:jc w:val="both"/>
      </w:pPr>
      <w:r>
        <w:rPr>
          <w:rFonts w:ascii="Times New Roman" w:hAnsi="Times New Roman" w:eastAsia="宋体"/>
          <w:b w:val="0"/>
          <w:sz w:val="24"/>
        </w:rPr>
        <w:t>（4）中文核心期刊（B类），3分/篇。</w:t>
      </w:r>
    </w:p>
    <w:p>
      <w:pPr>
        <w:spacing w:after="80" w:lineRule="auto" w:line="360"/>
        <w:ind w:firstLine="482"/>
        <w:jc w:val="both"/>
      </w:pPr>
      <w:r>
        <w:rPr>
          <w:rFonts w:ascii="Times New Roman" w:hAnsi="Times New Roman" w:eastAsia="宋体"/>
          <w:b w:val="0"/>
          <w:sz w:val="24"/>
        </w:rPr>
        <w:t>论文级别按照学校科技处高质量期刊认定办法认定，在SCI/EI期刊发表论文需出具检索报告，否则按中文核心计算，论文须见刊或网络优先出版。论文应是学生本科阶段以兰州理工大学为第一单位、独立作者或者第一作者或者与指导老师联合发表与学业相关的科研论文，与指导老师联合发表的论文，限定指导老师为第一作者，学生为第二作者，且指导老师应出具推荐信客观陈述学生在联合成果中所做的实际贡献。学生与其亲属及其他利益相关者合作的科研成果原则上不纳入加分指标认定范围。</w:t>
      </w:r>
    </w:p>
    <w:p>
      <w:pPr>
        <w:spacing w:after="80" w:lineRule="auto" w:line="360"/>
        <w:ind w:firstLine="482"/>
        <w:jc w:val="both"/>
      </w:pPr>
      <w:r>
        <w:rPr>
          <w:rFonts w:ascii="Times New Roman" w:hAnsi="Times New Roman" w:eastAsia="宋体"/>
          <w:b w:val="0"/>
          <w:sz w:val="24"/>
        </w:rPr>
        <w:t>6. 2-3条中各项成果计分按作者排名相应折减。</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排名</w:t>
            </w:r>
          </w:p>
        </w:tc>
        <w:tc>
          <w:tcPr>
            <w:tcW w:type="dxa" w:w="1439"/>
          </w:tcPr>
          <w:p>
            <w:pPr>
              <w:spacing w:after="20" w:before="20"/>
            </w:pPr>
            <w:r/>
            <w:r>
              <w:rPr>
                <w:rFonts w:ascii="Times New Roman" w:hAnsi="Times New Roman" w:eastAsia="宋体"/>
                <w:b/>
                <w:sz w:val="21"/>
              </w:rPr>
              <w:t>1</w:t>
            </w:r>
          </w:p>
        </w:tc>
        <w:tc>
          <w:tcPr>
            <w:tcW w:type="dxa" w:w="1439"/>
          </w:tcPr>
          <w:p>
            <w:pPr>
              <w:spacing w:after="20" w:before="20"/>
            </w:pPr>
            <w:r/>
            <w:r>
              <w:rPr>
                <w:rFonts w:ascii="Times New Roman" w:hAnsi="Times New Roman" w:eastAsia="宋体"/>
                <w:b/>
                <w:sz w:val="21"/>
              </w:rPr>
              <w:t>2</w:t>
            </w:r>
          </w:p>
        </w:tc>
        <w:tc>
          <w:tcPr>
            <w:tcW w:type="dxa" w:w="1439"/>
          </w:tcPr>
          <w:p>
            <w:pPr>
              <w:spacing w:after="20" w:before="20"/>
            </w:pPr>
            <w:r/>
            <w:r>
              <w:rPr>
                <w:rFonts w:ascii="Times New Roman" w:hAnsi="Times New Roman" w:eastAsia="宋体"/>
                <w:b/>
                <w:sz w:val="21"/>
              </w:rPr>
              <w:t>3</w:t>
            </w:r>
          </w:p>
        </w:tc>
        <w:tc>
          <w:tcPr>
            <w:tcW w:type="dxa" w:w="1439"/>
          </w:tcPr>
          <w:p>
            <w:pPr>
              <w:spacing w:after="20" w:before="20"/>
            </w:pPr>
            <w:r/>
            <w:r>
              <w:rPr>
                <w:rFonts w:ascii="Times New Roman" w:hAnsi="Times New Roman" w:eastAsia="宋体"/>
                <w:b/>
                <w:sz w:val="21"/>
              </w:rPr>
              <w:t>4</w:t>
            </w:r>
          </w:p>
        </w:tc>
        <w:tc>
          <w:tcPr>
            <w:tcW w:type="dxa" w:w="1439"/>
          </w:tcPr>
          <w:p>
            <w:pPr>
              <w:spacing w:after="20" w:before="20"/>
            </w:pPr>
            <w:r/>
            <w:r>
              <w:rPr>
                <w:rFonts w:ascii="Times New Roman" w:hAnsi="Times New Roman" w:eastAsia="宋体"/>
                <w:b/>
                <w:sz w:val="21"/>
              </w:rPr>
              <w:t>5</w:t>
            </w:r>
          </w:p>
        </w:tc>
      </w:tr>
      <w:tr>
        <w:tc>
          <w:tcPr>
            <w:tcW w:type="dxa" w:w="1439"/>
          </w:tcPr>
          <w:p>
            <w:pPr>
              <w:spacing w:after="20" w:before="20"/>
            </w:pPr>
            <w:r/>
            <w:r>
              <w:rPr>
                <w:rFonts w:ascii="Times New Roman" w:hAnsi="Times New Roman" w:eastAsia="宋体"/>
                <w:b w:val="0"/>
                <w:sz w:val="21"/>
              </w:rPr>
              <w:t>折减系数</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0.6</w:t>
            </w:r>
          </w:p>
        </w:tc>
        <w:tc>
          <w:tcPr>
            <w:tcW w:type="dxa" w:w="1439"/>
          </w:tcPr>
          <w:p>
            <w:pPr>
              <w:spacing w:after="20" w:before="20"/>
            </w:pPr>
            <w:r/>
            <w:r>
              <w:rPr>
                <w:rFonts w:ascii="Times New Roman" w:hAnsi="Times New Roman" w:eastAsia="宋体"/>
                <w:b w:val="0"/>
                <w:sz w:val="21"/>
              </w:rPr>
              <w:t>0.4</w:t>
            </w:r>
          </w:p>
        </w:tc>
        <w:tc>
          <w:tcPr>
            <w:tcW w:type="dxa" w:w="1439"/>
          </w:tcPr>
          <w:p>
            <w:pPr>
              <w:spacing w:after="20" w:before="20"/>
            </w:pPr>
            <w:r/>
            <w:r>
              <w:rPr>
                <w:rFonts w:ascii="Times New Roman" w:hAnsi="Times New Roman" w:eastAsia="宋体"/>
                <w:b w:val="0"/>
                <w:sz w:val="21"/>
              </w:rPr>
              <w:t>0.2</w:t>
            </w:r>
          </w:p>
        </w:tc>
        <w:tc>
          <w:tcPr>
            <w:tcW w:type="dxa" w:w="1439"/>
          </w:tcPr>
          <w:p>
            <w:pPr>
              <w:spacing w:after="20" w:before="20"/>
            </w:pPr>
            <w:r/>
            <w:r>
              <w:rPr>
                <w:rFonts w:ascii="Times New Roman" w:hAnsi="Times New Roman" w:eastAsia="宋体"/>
                <w:b w:val="0"/>
                <w:sz w:val="21"/>
              </w:rPr>
              <w:t>0.1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