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自动化科学与工程学院2026年推免复试拟录取公示名单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动化科学与工程学院2026年推免复试拟录取公示名单，共录取119人。录取专业分为控制科学与工程（081100）和电子信息（085400）；录取类型分为硕士和直博；复试成绩按百分制计分。备注中标注了专项计划类别，包括工程硕博士专项、退役大学生士兵计划、支教团推免计划、1+3西部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202600273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乐泽荣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202600362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杜兆威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202600531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杨家乐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202600658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202600736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夏元昊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202600768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何倩清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202601012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杨璟轩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202601087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蒋杰艺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202601155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佘鸿浩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202601994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邓鸿宇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凡允康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鲁子杨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黄仲谦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邹典容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许霁玮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余境铧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黄展鹏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林素敏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202602260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陈学浩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202602301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吴建盛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蔡钟瑶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202602387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202602398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马浩琰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冯宇翔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202602755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闫江楠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202602807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伍一鸣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202602993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郑向阳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倪心哲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202603258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卢锦浩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202603372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202603563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卢婉仪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202603868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舒睿兰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202603878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王元涛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202603939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黄甘露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202604113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敖世垚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202604289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韦东成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202604854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苏洪志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202604924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吴骁与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202605235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202605668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王国靖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202605837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麻嘉航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202606013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王慧博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202606489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谌鹏羽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202606609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卢晓靖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202606980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李龙峰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202607094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退役大学生士兵计划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202607282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202607342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202607558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刘建钢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202607565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苏培东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202607983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汤伟谦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202608169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202608195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202608410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黄伶俐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202608845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林小涵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202609130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202609714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肖欣欣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202610139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黄兴昌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202610222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202610987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毕博文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202611020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郭祉均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202611061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盘景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202611606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202611616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202611631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陈康宁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202612439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朱跃莉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202613390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叶浩鹏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202613534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王绘源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202613681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202613955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陈彦臻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202614292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林岳呈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202614389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陈曦昊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林颢澎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202614422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伍振炜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202614473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202614487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程书凯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支教团推免计划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陈家祥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202614540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202614623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林雪琪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202614721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宋弘恺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202614725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林铄勤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202614728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黄灿健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202614833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邓安然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202615052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202615119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邓榆川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202615197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冯洪旺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202615207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何东娇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202615221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陆杨一凡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202616117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蔡俊贤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202616395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纪睿旸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1+3西部计划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202616430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朱晓彬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202616935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黄梓芮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202616967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张函一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202617624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许立坤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202617646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廖美婷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202617973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202618035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马琪皓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202618834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202619060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吴若宁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202620050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穆家奇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202620302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葛承泰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202622409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周若情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202623556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202624400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冯于超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202625181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邓永乐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202625741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肖锦峰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202626546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王炳彰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202626921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高志福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202627231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202627325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谢功威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202627640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202627691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杨宪强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202628690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许玉婷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202628761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林汛勉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202630058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莫锐震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202630717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陆鑫浩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二、录取情况统计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录取总人数：119人。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录取专业分布：控制科学与工程（081100）录取人数与电子信息（085400）录取人数以名单为准。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录取类型分布：硕士与直博两类。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专项计划备注：工程硕博士专项、退役大学生士兵计划、支教团推免计划、1+3西部计划。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