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华中师范大学历史文化学院2025年优秀大学生夏令营结果公示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华中师范大学历史文化学院2025年优秀大学生夏令营结果公示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经学院综合研讨和考核遴选，现将2025年优秀大学生夏令营优秀营员名单公布如下（见附件1）。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二、名单与附件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优秀营员名单详见附件1。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附件名称：附件1 历史文化学院2025年夏令营优秀营员.xlsx。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发布单位：华中师范大学历史文化学院。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发布日期：2025年7月3日。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四、联系方式与地址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地址：湖北省武汉市洪山区珞喻路152号华中师范大学一号楼。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邮编：430079。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