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山东大学马克思主义学院关于举办2022年优秀大学生夏令营的通知</w:t>
      </w:r>
    </w:p>
    <w:p>
      <w:pPr>
        <w:spacing w:line="360" w:lineRule="auto" w:before="160" w:after="80"/>
        <w:ind w:firstLine="0"/>
        <w:jc w:val="left"/>
      </w:pPr>
      <w:r>
        <w:rPr>
          <w:rFonts w:ascii="Times New Roman" w:hAnsi="Times New Roman" w:eastAsia="宋体"/>
          <w:b/>
          <w:sz w:val="28"/>
        </w:rPr>
        <w:t>一、学院背景</w:t>
      </w:r>
    </w:p>
    <w:p>
      <w:pPr>
        <w:spacing w:line="360" w:lineRule="auto" w:before="0" w:after="80"/>
        <w:ind w:firstLine="482"/>
        <w:jc w:val="both"/>
      </w:pPr>
      <w:r>
        <w:rPr>
          <w:rFonts w:ascii="Times New Roman" w:hAnsi="Times New Roman" w:eastAsia="宋体"/>
          <w:b w:val="0"/>
          <w:sz w:val="24"/>
        </w:rPr>
        <w:t>山东大学马克思主义学院于2015年入选首批中宣部、教育部“全国重点马克思主义学院建设”行列。学院机构完善，拥有5个教研室、4个省级重点理论研究基地；师资队伍合理，有一支学术涵养深厚、年龄结构合理、学历职称优良的高水平师资队伍，其中教授23人、副教授34人，博士生导师21人，硕士生导师40人；学科发展特色鲜明，现拥有马克思主义理论一级学科，下设马克思主义基本原理等7个二级学科，在各个二级学科层面上，重点打造了若干处于学术前沿的学科发展方向，组建了若干支学术团队，其中马克思主义政党理论与社会主义政党政治研究团队、马克思主义文化理论研究团队，都具有了国内研究的领先水平；科学研究成果丰硕，近年来学院承担科研项目200余项，获得科研经费1000余万元，出版著作60余部，发表论文1100余篇；社会服务成绩突出，1人被国家人力资源和社会保障部聘任为干部教育培训专家，1人入选中组部全国干部教育培训师资库专家，3人荣获“全国百名优秀社科普及专家”称号，1人受聘全国党建研究会特邀研究员，并受时任中央领导同志接见。</w:t>
      </w:r>
    </w:p>
    <w:p>
      <w:pPr>
        <w:spacing w:line="360" w:lineRule="auto" w:before="160" w:after="80"/>
        <w:ind w:firstLine="0"/>
        <w:jc w:val="left"/>
      </w:pPr>
      <w:r>
        <w:rPr>
          <w:rFonts w:ascii="Times New Roman" w:hAnsi="Times New Roman" w:eastAsia="宋体"/>
          <w:b/>
          <w:sz w:val="28"/>
        </w:rPr>
        <w:t>二、活动目的</w:t>
      </w:r>
    </w:p>
    <w:p>
      <w:pPr>
        <w:spacing w:line="360" w:lineRule="auto" w:before="0" w:after="80"/>
        <w:ind w:firstLine="482"/>
        <w:jc w:val="both"/>
      </w:pPr>
      <w:r>
        <w:rPr>
          <w:rFonts w:ascii="Times New Roman" w:hAnsi="Times New Roman" w:eastAsia="宋体"/>
          <w:b w:val="0"/>
          <w:sz w:val="24"/>
        </w:rPr>
        <w:t>本次夏令营旨在促进马克思主义理论和相近专业优秀大学生的学术交流，提升大学生科研素养，帮助青年学生了解山东大学马克思主义理论学科的发展情况，同时作为我院选拔2023级推荐免试研究生的重要参考。</w:t>
      </w:r>
    </w:p>
    <w:p>
      <w:pPr>
        <w:spacing w:line="360" w:lineRule="auto" w:before="160" w:after="80"/>
        <w:ind w:firstLine="0"/>
        <w:jc w:val="left"/>
      </w:pPr>
      <w:r>
        <w:rPr>
          <w:rFonts w:ascii="Times New Roman" w:hAnsi="Times New Roman" w:eastAsia="宋体"/>
          <w:b/>
          <w:sz w:val="28"/>
        </w:rPr>
        <w:t>三、优惠政策</w:t>
      </w:r>
    </w:p>
    <w:p>
      <w:pPr>
        <w:spacing w:line="360" w:lineRule="auto" w:before="0" w:after="80"/>
        <w:ind w:firstLine="482"/>
        <w:jc w:val="both"/>
      </w:pPr>
      <w:r>
        <w:rPr>
          <w:rFonts w:ascii="Times New Roman" w:hAnsi="Times New Roman" w:eastAsia="宋体"/>
          <w:b w:val="0"/>
          <w:sz w:val="24"/>
        </w:rPr>
        <w:t>我院将于2022年7月初举办“2022年马克思主义理论学科全国优秀大学生夏令营“，本次夏令营拟接收营员40名。只有取得本科学校推荐免试资格方可生效，欢迎有意报考我院推荐免试招生的考生前来参加本次活动。</w:t>
      </w:r>
    </w:p>
    <w:p>
      <w:pPr>
        <w:spacing w:line="360" w:lineRule="auto" w:before="160" w:after="80"/>
        <w:ind w:firstLine="0"/>
        <w:jc w:val="left"/>
      </w:pPr>
      <w:r>
        <w:rPr>
          <w:rFonts w:ascii="Times New Roman" w:hAnsi="Times New Roman" w:eastAsia="宋体"/>
          <w:b/>
          <w:sz w:val="28"/>
        </w:rPr>
        <w:t>四、参加资格与报名方式</w:t>
      </w:r>
    </w:p>
    <w:p>
      <w:pPr>
        <w:spacing w:line="360" w:lineRule="auto" w:before="160" w:after="80"/>
        <w:ind w:firstLine="0"/>
        <w:jc w:val="left"/>
      </w:pPr>
      <w:r>
        <w:rPr>
          <w:rFonts w:ascii="Times New Roman" w:hAnsi="Times New Roman" w:eastAsia="宋体"/>
          <w:b/>
          <w:sz w:val="28"/>
        </w:rPr>
        <w:t>1、申请资格</w:t>
      </w:r>
    </w:p>
    <w:p>
      <w:pPr>
        <w:spacing w:line="360" w:lineRule="auto" w:before="0" w:after="80"/>
        <w:ind w:firstLine="482"/>
        <w:jc w:val="both"/>
      </w:pPr>
      <w:r>
        <w:rPr>
          <w:rFonts w:ascii="Times New Roman" w:hAnsi="Times New Roman" w:eastAsia="宋体"/>
          <w:b w:val="0"/>
          <w:sz w:val="24"/>
        </w:rPr>
        <w:t>1）预计将取得所在本科学校推荐免试资格的优秀学生均可报名。</w:t>
      </w:r>
    </w:p>
    <w:p>
      <w:pPr>
        <w:spacing w:line="360" w:lineRule="auto" w:before="0" w:after="80"/>
        <w:ind w:firstLine="482"/>
        <w:jc w:val="both"/>
      </w:pPr>
      <w:r>
        <w:rPr>
          <w:rFonts w:ascii="Times New Roman" w:hAnsi="Times New Roman" w:eastAsia="宋体"/>
          <w:b w:val="0"/>
          <w:sz w:val="24"/>
        </w:rPr>
        <w:t>2）对所报专业的学术研究有浓厚的兴趣，愿意从事马克思主义理论学术及应用研究工作。</w:t>
      </w:r>
    </w:p>
    <w:p>
      <w:pPr>
        <w:spacing w:line="360" w:lineRule="auto" w:before="0" w:after="80"/>
        <w:ind w:firstLine="482"/>
        <w:jc w:val="both"/>
      </w:pPr>
      <w:r>
        <w:rPr>
          <w:rFonts w:ascii="Times New Roman" w:hAnsi="Times New Roman" w:eastAsia="宋体"/>
          <w:b w:val="0"/>
          <w:sz w:val="24"/>
        </w:rPr>
        <w:t>3）英语水平良好（符合所在学校推免生的外语要求）。</w:t>
      </w:r>
    </w:p>
    <w:p>
      <w:pPr>
        <w:spacing w:line="360" w:lineRule="auto" w:before="160" w:after="80"/>
        <w:ind w:firstLine="0"/>
        <w:jc w:val="left"/>
      </w:pPr>
      <w:r>
        <w:rPr>
          <w:rFonts w:ascii="Times New Roman" w:hAnsi="Times New Roman" w:eastAsia="宋体"/>
          <w:b/>
          <w:sz w:val="28"/>
        </w:rPr>
        <w:t>2、申请材料</w:t>
      </w:r>
    </w:p>
    <w:p>
      <w:pPr>
        <w:spacing w:line="360" w:lineRule="auto" w:before="0" w:after="80"/>
        <w:ind w:firstLine="482"/>
        <w:jc w:val="both"/>
      </w:pPr>
      <w:r>
        <w:rPr>
          <w:rFonts w:ascii="Times New Roman" w:hAnsi="Times New Roman" w:eastAsia="宋体"/>
          <w:b w:val="0"/>
          <w:sz w:val="24"/>
        </w:rPr>
        <w:t>1）“2022年全国优秀大学生暑期夏令营”在山东大学全国优秀大学生夏令营报名服务系统（https://xlybm-sdu.yjszsfw.com）中报名。</w:t>
      </w:r>
    </w:p>
    <w:p>
      <w:pPr>
        <w:spacing w:line="360" w:lineRule="auto" w:before="0" w:after="80"/>
        <w:ind w:firstLine="482"/>
        <w:jc w:val="both"/>
      </w:pPr>
      <w:r>
        <w:rPr>
          <w:rFonts w:ascii="Times New Roman" w:hAnsi="Times New Roman" w:eastAsia="宋体"/>
          <w:b w:val="0"/>
          <w:sz w:val="24"/>
        </w:rPr>
        <w:t>2）在山东大学研究生招生夏令营报名系统中报名的同时，将下列材料电子版合成一个PDF文件发送到：sdumy666@163.com</w:t>
      </w:r>
    </w:p>
    <w:p>
      <w:pPr>
        <w:spacing w:line="360" w:lineRule="auto" w:before="0" w:after="80"/>
        <w:ind w:firstLine="482"/>
        <w:jc w:val="both"/>
      </w:pPr>
      <w:r>
        <w:rPr>
          <w:rFonts w:ascii="Times New Roman" w:hAnsi="Times New Roman" w:eastAsia="宋体"/>
          <w:b w:val="0"/>
          <w:sz w:val="24"/>
        </w:rPr>
        <w:t>（a）在校前五学期的成绩单证明，如果能有所在专业前五学期的成绩排名证明更好。（均需单位盖章）</w:t>
      </w:r>
    </w:p>
    <w:p>
      <w:pPr>
        <w:spacing w:line="360" w:lineRule="auto" w:before="0" w:after="80"/>
        <w:ind w:firstLine="482"/>
        <w:jc w:val="both"/>
      </w:pPr>
      <w:r>
        <w:rPr>
          <w:rFonts w:ascii="Times New Roman" w:hAnsi="Times New Roman" w:eastAsia="宋体"/>
          <w:b w:val="0"/>
          <w:sz w:val="24"/>
        </w:rPr>
        <w:t>（b）获奖证书1份；</w:t>
      </w:r>
    </w:p>
    <w:p>
      <w:pPr>
        <w:spacing w:line="360" w:lineRule="auto" w:before="0" w:after="80"/>
        <w:ind w:firstLine="482"/>
        <w:jc w:val="both"/>
      </w:pPr>
      <w:r>
        <w:rPr>
          <w:rFonts w:ascii="Times New Roman" w:hAnsi="Times New Roman" w:eastAsia="宋体"/>
          <w:b w:val="0"/>
          <w:sz w:val="24"/>
        </w:rPr>
        <w:t>（c）国家英语四、六级考试成绩等体现自身英语水平的证明1份；</w:t>
      </w:r>
    </w:p>
    <w:p>
      <w:pPr>
        <w:spacing w:line="360" w:lineRule="auto" w:before="0" w:after="80"/>
        <w:ind w:firstLine="482"/>
        <w:jc w:val="both"/>
      </w:pPr>
      <w:r>
        <w:rPr>
          <w:rFonts w:ascii="Times New Roman" w:hAnsi="Times New Roman" w:eastAsia="宋体"/>
          <w:b w:val="0"/>
          <w:sz w:val="24"/>
        </w:rPr>
        <w:t>（d）申请人还可提交体现自身学术水平的代表性学术论文、出版物或原创性工作成果。</w:t>
      </w:r>
    </w:p>
    <w:p>
      <w:pPr>
        <w:spacing w:line="360" w:lineRule="auto" w:before="0" w:after="80"/>
        <w:ind w:firstLine="482"/>
        <w:jc w:val="both"/>
      </w:pPr>
      <w:r>
        <w:rPr>
          <w:rFonts w:ascii="Times New Roman" w:hAnsi="Times New Roman" w:eastAsia="宋体"/>
          <w:b w:val="0"/>
          <w:sz w:val="24"/>
        </w:rPr>
        <w:t>（e）山东大学报考硕士研究生人员思想政治素质和品德考核表（见附件）</w:t>
      </w:r>
    </w:p>
    <w:p>
      <w:pPr>
        <w:spacing w:line="360" w:lineRule="auto" w:before="160" w:after="80"/>
        <w:ind w:firstLine="0"/>
        <w:jc w:val="left"/>
      </w:pPr>
      <w:r>
        <w:rPr>
          <w:rFonts w:ascii="Times New Roman" w:hAnsi="Times New Roman" w:eastAsia="宋体"/>
          <w:b/>
          <w:sz w:val="28"/>
        </w:rPr>
        <w:t>3、申请方式</w:t>
      </w:r>
    </w:p>
    <w:p>
      <w:pPr>
        <w:spacing w:line="360" w:lineRule="auto" w:before="0" w:after="80"/>
        <w:ind w:firstLine="482"/>
        <w:jc w:val="both"/>
      </w:pPr>
      <w:r>
        <w:rPr>
          <w:rFonts w:ascii="Times New Roman" w:hAnsi="Times New Roman" w:eastAsia="宋体"/>
          <w:b w:val="0"/>
          <w:sz w:val="24"/>
        </w:rPr>
        <w:t>网上申报：通过山东大学优秀大学生夏令营网上报名系统报名2022年6月13日开通。学院截止日期2022年6月28日。</w:t>
      </w:r>
    </w:p>
    <w:p>
      <w:pPr>
        <w:spacing w:line="360" w:lineRule="auto" w:before="120" w:after="60"/>
        <w:ind w:firstLine="0"/>
        <w:jc w:val="left"/>
      </w:pPr>
      <w:r>
        <w:rPr>
          <w:rFonts w:ascii="Times New Roman" w:hAnsi="Times New Roman" w:eastAsia="宋体"/>
          <w:b/>
          <w:sz w:val="24"/>
        </w:rPr>
        <w:t>报名同学请实名加入微信群：2022山大马院夏令营</w:t>
      </w:r>
    </w:p>
    <w:p>
      <w:pPr>
        <w:spacing w:line="360" w:lineRule="auto" w:before="160" w:after="80"/>
        <w:ind w:firstLine="0"/>
        <w:jc w:val="left"/>
      </w:pPr>
      <w:r>
        <w:rPr>
          <w:rFonts w:ascii="Times New Roman" w:hAnsi="Times New Roman" w:eastAsia="宋体"/>
          <w:b/>
          <w:sz w:val="28"/>
        </w:rPr>
        <w:t>4、材料审核及营员录取</w:t>
      </w:r>
    </w:p>
    <w:p>
      <w:pPr>
        <w:spacing w:line="360" w:lineRule="auto" w:before="0" w:after="80"/>
        <w:ind w:firstLine="482"/>
        <w:jc w:val="both"/>
      </w:pPr>
      <w:r>
        <w:rPr>
          <w:rFonts w:ascii="Times New Roman" w:hAnsi="Times New Roman" w:eastAsia="宋体"/>
          <w:b w:val="0"/>
          <w:sz w:val="24"/>
        </w:rPr>
        <w:t>审核和录取工作由山东大学马克思主义学院夏令营组委会负责。营员录取工作将于2022年7月6日结束，录取名单将在山东大学马克思主义学院官网公布，并在微信群直接通知本人，录取同学要在2022年7月8日前确认是否参加，逾期未确认视放弃此资格。</w:t>
      </w:r>
    </w:p>
    <w:p>
      <w:pPr>
        <w:spacing w:line="360" w:lineRule="auto" w:before="160" w:after="80"/>
        <w:ind w:firstLine="0"/>
        <w:jc w:val="left"/>
      </w:pPr>
      <w:r>
        <w:rPr>
          <w:rFonts w:ascii="Times New Roman" w:hAnsi="Times New Roman" w:eastAsia="宋体"/>
          <w:b/>
          <w:sz w:val="28"/>
        </w:rPr>
        <w:t>五、活动日程安排</w:t>
      </w:r>
    </w:p>
    <w:p>
      <w:pPr>
        <w:spacing w:line="360" w:lineRule="auto" w:before="0" w:after="80"/>
        <w:ind w:firstLine="482"/>
        <w:jc w:val="both"/>
      </w:pPr>
      <w:r>
        <w:rPr>
          <w:rFonts w:ascii="Times New Roman" w:hAnsi="Times New Roman" w:eastAsia="宋体"/>
          <w:b w:val="0"/>
          <w:sz w:val="24"/>
        </w:rPr>
        <w:t>暑期夏令营将有专家学者开设学科前沿讲座、组织学员进行学术交流，并同时安排2022年山东大学马克思主义学院接收推荐免试研究生的选拔工作，按马克思主义理论一级学科组织统一组织面试，暂定线上进行，具体形式以正式入营通知为准。</w:t>
      </w:r>
    </w:p>
    <w:p>
      <w:pPr>
        <w:spacing w:line="360" w:lineRule="auto" w:before="0" w:after="80"/>
        <w:ind w:firstLine="482"/>
        <w:jc w:val="both"/>
      </w:pPr>
      <w:r>
        <w:rPr>
          <w:rFonts w:ascii="Times New Roman" w:hAnsi="Times New Roman" w:eastAsia="宋体"/>
          <w:b w:val="0"/>
          <w:sz w:val="24"/>
        </w:rPr>
        <w:t>7月14日：上午举行开营仪式暨导师见面交流会，各个学科点负责人介绍二级学科情况；下午前沿讲座。</w:t>
      </w:r>
    </w:p>
    <w:p>
      <w:pPr>
        <w:spacing w:line="360" w:lineRule="auto" w:before="0" w:after="80"/>
        <w:ind w:firstLine="482"/>
        <w:jc w:val="both"/>
      </w:pPr>
      <w:r>
        <w:rPr>
          <w:rFonts w:ascii="Times New Roman" w:hAnsi="Times New Roman" w:eastAsia="宋体"/>
          <w:b w:val="0"/>
          <w:sz w:val="24"/>
        </w:rPr>
        <w:t>7月15日：能力考核、综合面试。</w:t>
      </w:r>
    </w:p>
    <w:p>
      <w:pPr>
        <w:spacing w:line="360" w:lineRule="auto" w:before="0" w:after="80"/>
        <w:ind w:firstLine="482"/>
        <w:jc w:val="both"/>
      </w:pPr>
      <w:r>
        <w:rPr>
          <w:rFonts w:ascii="Times New Roman" w:hAnsi="Times New Roman" w:eastAsia="宋体"/>
          <w:b w:val="0"/>
          <w:sz w:val="24"/>
        </w:rPr>
        <w:t>注：分别对夏令营各个环节打分，进而加权平均，评出优秀营员。</w:t>
      </w:r>
    </w:p>
    <w:p>
      <w:pPr>
        <w:spacing w:line="360" w:lineRule="auto" w:before="160" w:after="80"/>
        <w:ind w:firstLine="0"/>
        <w:jc w:val="left"/>
      </w:pPr>
      <w:r>
        <w:rPr>
          <w:rFonts w:ascii="Times New Roman" w:hAnsi="Times New Roman" w:eastAsia="宋体"/>
          <w:b/>
          <w:sz w:val="28"/>
        </w:rPr>
        <w:t>六、注意事项：</w:t>
      </w:r>
    </w:p>
    <w:p>
      <w:pPr>
        <w:spacing w:line="360" w:lineRule="auto" w:before="160" w:after="80"/>
        <w:ind w:firstLine="0"/>
        <w:jc w:val="left"/>
      </w:pPr>
      <w:r>
        <w:rPr>
          <w:rFonts w:ascii="Times New Roman" w:hAnsi="Times New Roman" w:eastAsia="宋体"/>
          <w:b/>
          <w:sz w:val="28"/>
        </w:rPr>
        <w:t>1.本人保证填写申报信息真实有效，否则，取消申请人一切由此获得的利益，并保留追究的权利；</w:t>
      </w:r>
    </w:p>
    <w:p>
      <w:pPr>
        <w:spacing w:line="360" w:lineRule="auto" w:before="160" w:after="80"/>
        <w:ind w:firstLine="0"/>
        <w:jc w:val="left"/>
      </w:pPr>
      <w:r>
        <w:rPr>
          <w:rFonts w:ascii="Times New Roman" w:hAnsi="Times New Roman" w:eastAsia="宋体"/>
          <w:b/>
          <w:sz w:val="28"/>
        </w:rPr>
        <w:t>2.参加暑期夏令营的学生必须遵守山东大学的相关规定，按照统一的安排参加各项活动并注意安全。</w:t>
      </w:r>
    </w:p>
    <w:p>
      <w:pPr>
        <w:spacing w:line="360" w:lineRule="auto" w:before="120" w:after="60"/>
        <w:ind w:firstLine="0"/>
        <w:jc w:val="left"/>
      </w:pPr>
      <w:r>
        <w:rPr>
          <w:rFonts w:ascii="Times New Roman" w:hAnsi="Times New Roman" w:eastAsia="宋体"/>
          <w:b/>
          <w:sz w:val="24"/>
        </w:rPr>
        <w:t>联系电话：0531-88364074</w:t>
      </w:r>
    </w:p>
    <w:p>
      <w:pPr>
        <w:spacing w:line="360" w:lineRule="auto" w:before="120" w:after="60"/>
        <w:ind w:firstLine="0"/>
        <w:jc w:val="left"/>
      </w:pPr>
      <w:r>
        <w:rPr>
          <w:rFonts w:ascii="Times New Roman" w:hAnsi="Times New Roman" w:eastAsia="宋体"/>
          <w:b/>
          <w:sz w:val="24"/>
        </w:rPr>
        <w:t>山东大学马克思主义学院</w:t>
      </w:r>
    </w:p>
    <w:p>
      <w:pPr>
        <w:spacing w:line="360" w:lineRule="auto" w:before="120" w:after="60"/>
        <w:ind w:firstLine="0"/>
        <w:jc w:val="left"/>
      </w:pPr>
      <w:r>
        <w:rPr>
          <w:rFonts w:ascii="Times New Roman" w:hAnsi="Times New Roman" w:eastAsia="宋体"/>
          <w:b/>
          <w:sz w:val="24"/>
        </w:rPr>
        <w:t>2022年6月16日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