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马克思主义学院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各位考生：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发布日期：2025年8月22日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2026年预推免复试名单已通过中山大学研究生招生平台（https://enroll.sysu.edu.cn/）发布，请报考同学自行登录平台查看结果，进入复试名单考生审核状态为“允许参加复试”。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一、复试确认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进入复试名单的同学请于2025年8月27日10:00前在平台上确认是否参加复试，逾期未确认视为主动放弃复试机会。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如考生放弃面试机会，请务必提前以书面形式邮件告知并在系统上确认不参加复试。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2026年硕士研究生预推免面试拟定于2025年9月1-2日全天以现场面试方式进行。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8月31日下午现场报到。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具体面试安排等详见附件。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参加复试的同学须在复试当天提交本人签字后的复试承诺书纸质版。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联系人：王老师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联系邮箱：wangylin56@mail.sysu.edu.cn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联系电话：020-89305002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附件1、马克思主义学院2026年预推免面试安排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附件2、中山大学南校区校内路线指引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附件3：中山大学硕士研究生招生考生诚信复试承诺书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马克思主义学院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2025年8月22日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