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外国语学院关于拟推荐2026届免试硕士研究生名单的公示</w:t>
      </w:r>
    </w:p>
    <w:p>
      <w:pPr>
        <w:spacing w:after="80" w:lineRule="auto" w:line="360"/>
        <w:ind w:firstLine="482"/>
        <w:jc w:val="both"/>
      </w:pPr>
      <w:r>
        <w:rPr>
          <w:rFonts w:ascii="Times New Roman" w:hAnsi="Times New Roman" w:eastAsia="宋体"/>
          <w:b w:val="0"/>
          <w:sz w:val="24"/>
        </w:rPr>
        <w:t>根据《集美大学推荐优秀应届本科毕业生免试攻读硕士学位研究生工作实施办法》（集大综发〔2025〕9号）及《集美大学外国语学院推荐优秀应届本科毕业生免试攻读硕士学位研究生工作实施细则》（外院〔2025〕5号）的文件要求，根据学校给予学院的分配名额（正选8人+备选1人），经学院推免生遴选工作小组研究，党政联席会审核，现将拟推荐2026届免试硕士研究生名单（含备选）予以公示（见附件）。如有异议，请于公示期内向遴选工作小组反映。</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一、名额分配</w:t>
      </w:r>
    </w:p>
    <w:p>
      <w:pPr>
        <w:spacing w:after="80" w:lineRule="auto" w:line="360"/>
        <w:ind w:firstLine="482"/>
        <w:jc w:val="both"/>
      </w:pPr>
      <w:r>
        <w:rPr>
          <w:rFonts w:ascii="Times New Roman" w:hAnsi="Times New Roman" w:eastAsia="宋体"/>
          <w:b w:val="0"/>
          <w:sz w:val="24"/>
        </w:rPr>
        <w:t>1. 正选名额：8人</w:t>
      </w:r>
    </w:p>
    <w:p>
      <w:pPr>
        <w:spacing w:after="80" w:lineRule="auto" w:line="360"/>
        <w:ind w:firstLine="482"/>
        <w:jc w:val="both"/>
      </w:pPr>
      <w:r>
        <w:rPr>
          <w:rFonts w:ascii="Times New Roman" w:hAnsi="Times New Roman" w:eastAsia="宋体"/>
          <w:b w:val="0"/>
          <w:sz w:val="24"/>
        </w:rPr>
        <w:t>2. 备选名额：1人</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公示日期：9月2日-9月6日</w:t>
      </w:r>
    </w:p>
    <w:p>
      <w:pPr>
        <w:spacing w:after="80" w:lineRule="auto" w:line="360"/>
        <w:ind w:firstLine="482"/>
        <w:jc w:val="both"/>
      </w:pPr>
      <w:r>
        <w:rPr>
          <w:rFonts w:ascii="Times New Roman" w:hAnsi="Times New Roman" w:eastAsia="宋体"/>
          <w:b w:val="0"/>
          <w:sz w:val="24"/>
        </w:rPr>
        <w:t>2. 异议反映方式：公示期内向遴选工作小组反映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联系电话：15805931890</w:t>
      </w:r>
    </w:p>
    <w:p>
      <w:pPr>
        <w:spacing w:after="80" w:lineRule="auto" w:line="360"/>
        <w:ind w:firstLine="482"/>
        <w:jc w:val="both"/>
      </w:pPr>
      <w:r>
        <w:rPr>
          <w:rFonts w:ascii="Times New Roman" w:hAnsi="Times New Roman" w:eastAsia="宋体"/>
          <w:b w:val="0"/>
          <w:sz w:val="24"/>
        </w:rPr>
        <w:t>2. 联系电话：13559491967</w:t>
      </w:r>
    </w:p>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