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关于组织开展2027年优秀应届本科毕业生免试攻读研究生推荐工作的预通知</w:t>
      </w:r>
    </w:p>
    <w:p>
      <w:pPr>
        <w:spacing w:after="80" w:lineRule="auto" w:line="360"/>
        <w:ind w:firstLine="482"/>
        <w:jc w:val="both"/>
      </w:pPr>
      <w:r>
        <w:rPr>
          <w:rFonts w:ascii="Times New Roman" w:hAnsi="Times New Roman" w:eastAsia="宋体"/>
          <w:b w:val="0"/>
          <w:sz w:val="24"/>
        </w:rPr>
        <w:t>发布日期：2026年6月18日</w:t>
      </w:r>
    </w:p>
    <w:p>
      <w:pPr>
        <w:spacing w:before="160" w:after="80" w:lineRule="auto" w:line="360"/>
        <w:jc w:val="left"/>
      </w:pPr>
      <w:r>
        <w:rPr>
          <w:rFonts w:ascii="Times New Roman" w:hAnsi="Times New Roman" w:eastAsia="宋体"/>
          <w:b/>
          <w:sz w:val="28"/>
        </w:rPr>
        <w:t>一、推免名额</w:t>
      </w:r>
    </w:p>
    <w:p>
      <w:pPr>
        <w:spacing w:after="80" w:lineRule="auto" w:line="360"/>
        <w:ind w:firstLine="482"/>
        <w:jc w:val="both"/>
      </w:pPr>
      <w:r>
        <w:rPr>
          <w:rFonts w:ascii="Times New Roman" w:hAnsi="Times New Roman" w:eastAsia="宋体"/>
          <w:b w:val="0"/>
          <w:sz w:val="24"/>
        </w:rPr>
        <w:t>1. 学校收到教育部和福建省教育厅正式文件后另行通知名额分配（预计9月初），按推免管理办法分配至各学院。</w:t>
      </w:r>
    </w:p>
    <w:p>
      <w:pPr>
        <w:spacing w:after="80" w:lineRule="auto" w:line="360"/>
        <w:ind w:firstLine="482"/>
        <w:jc w:val="both"/>
      </w:pPr>
      <w:r>
        <w:rPr>
          <w:rFonts w:ascii="Times New Roman" w:hAnsi="Times New Roman" w:eastAsia="宋体"/>
          <w:b w:val="0"/>
          <w:sz w:val="24"/>
        </w:rPr>
        <w:t>2. 已确定获得推免生资格者，不允许放弃推免资格。</w:t>
      </w:r>
    </w:p>
    <w:p>
      <w:pPr>
        <w:spacing w:before="160" w:after="80" w:lineRule="auto" w:line="360"/>
        <w:jc w:val="left"/>
      </w:pPr>
      <w:r>
        <w:rPr>
          <w:rFonts w:ascii="Times New Roman" w:hAnsi="Times New Roman" w:eastAsia="宋体"/>
          <w:b/>
          <w:sz w:val="28"/>
        </w:rPr>
        <w:t>二、推荐阶段</w:t>
      </w:r>
    </w:p>
    <w:p>
      <w:pPr>
        <w:spacing w:after="80" w:lineRule="auto" w:line="360"/>
        <w:ind w:firstLine="482"/>
        <w:jc w:val="both"/>
      </w:pPr>
      <w:r>
        <w:rPr>
          <w:rFonts w:ascii="Times New Roman" w:hAnsi="Times New Roman" w:eastAsia="宋体"/>
          <w:b w:val="0"/>
          <w:sz w:val="24"/>
        </w:rPr>
        <w:t>1. 符合条件且自愿参加的学生，按照《法学院推荐优秀应届本科毕业生免试攻读研究生遴选工作实施细则》（附件1），于7月9日（周四）12:00前向院学工办提交书面申请（附相关证明材料原件及复印件），逾期视为放弃资格。</w:t>
      </w:r>
    </w:p>
    <w:p>
      <w:pPr>
        <w:spacing w:after="80" w:lineRule="auto" w:line="360"/>
        <w:ind w:firstLine="482"/>
        <w:jc w:val="both"/>
      </w:pPr>
      <w:r>
        <w:rPr>
          <w:rFonts w:ascii="Times New Roman" w:hAnsi="Times New Roman" w:eastAsia="宋体"/>
          <w:b w:val="0"/>
          <w:sz w:val="24"/>
        </w:rPr>
        <w:t>2. 申请材料主要包括：《法学院推荐优秀应届本科毕业生免试攻读研究生候选人综合排名成绩自评认证表》（附件2）、《法学院推荐优秀应届本科毕业生免试攻读研究生候选人综合排名汇总表》（附件3）、《华侨大学2027年推免生申请表暨诚信承诺书》（附件4）、入学以来课程成绩单（9月正式文件下达后更新为前三学年学分绩点）、全国大学英语四/六级考试成绩证明、任职证明、相关获奖证书及论文发表证明原件及复印件等。</w:t>
      </w:r>
    </w:p>
    <w:p>
      <w:pPr>
        <w:spacing w:after="80" w:lineRule="auto" w:line="360"/>
        <w:ind w:firstLine="482"/>
        <w:jc w:val="both"/>
      </w:pPr>
      <w:r>
        <w:rPr>
          <w:rFonts w:ascii="Times New Roman" w:hAnsi="Times New Roman" w:eastAsia="宋体"/>
          <w:b w:val="0"/>
          <w:sz w:val="24"/>
        </w:rPr>
        <w:t>3. 申请材料电子版（含佐证材料扫描件，成绩单为PDF格式，以“证件号码_姓名”格式命名，如*******************张三.pdf）以压缩包形式发送至lhl@hqu.edu.cn，文件名为“班级+姓名+2027推免生申请材料”。</w:t>
      </w:r>
    </w:p>
    <w:p>
      <w:pPr>
        <w:spacing w:after="80" w:lineRule="auto" w:line="360"/>
        <w:ind w:firstLine="482"/>
        <w:jc w:val="both"/>
      </w:pPr>
      <w:r>
        <w:rPr>
          <w:rFonts w:ascii="Times New Roman" w:hAnsi="Times New Roman" w:eastAsia="宋体"/>
          <w:b w:val="0"/>
          <w:sz w:val="24"/>
        </w:rPr>
        <w:t>4. 学院在夏季学期结束前，对预报名学生开展基本信息筛查、申报材料预审核及综合成绩测算等工作，各项成绩及获奖证明应于2026年8月31日前获得；对预计8月31日前获得的正式成绩及获奖证明文件，学院做好备案审查。</w:t>
      </w:r>
    </w:p>
    <w:p>
      <w:pPr>
        <w:spacing w:after="80" w:lineRule="auto" w:line="360"/>
        <w:ind w:firstLine="482"/>
        <w:jc w:val="both"/>
      </w:pPr>
      <w:r>
        <w:rPr>
          <w:rFonts w:ascii="Times New Roman" w:hAnsi="Times New Roman" w:eastAsia="宋体"/>
          <w:b w:val="0"/>
          <w:sz w:val="24"/>
        </w:rPr>
        <w:t>5. 学院根据推免资格审核、综合成绩核算及特殊专长认定情况，于9月5日前完成申请者资格审查合格名单及综合成绩排名公示，并上报学校。</w:t>
      </w:r>
    </w:p>
    <w:p>
      <w:pPr>
        <w:spacing w:before="160" w:after="80" w:lineRule="auto" w:line="360"/>
        <w:jc w:val="left"/>
      </w:pPr>
      <w:r>
        <w:rPr>
          <w:rFonts w:ascii="Times New Roman" w:hAnsi="Times New Roman" w:eastAsia="宋体"/>
          <w:b/>
          <w:sz w:val="28"/>
        </w:rPr>
        <w:t>三、其他事宜</w:t>
      </w:r>
    </w:p>
    <w:p>
      <w:pPr>
        <w:spacing w:after="80" w:lineRule="auto" w:line="360"/>
        <w:ind w:firstLine="482"/>
        <w:jc w:val="both"/>
      </w:pPr>
      <w:r>
        <w:rPr>
          <w:rFonts w:ascii="Times New Roman" w:hAnsi="Times New Roman" w:eastAsia="宋体"/>
          <w:b w:val="0"/>
          <w:sz w:val="24"/>
        </w:rPr>
        <w:t>1. 学校本年度推免工作正式通知及具体安排将在教育部和省教育厅相关文件下达后另行通知。</w:t>
      </w:r>
    </w:p>
    <w:p>
      <w:pPr>
        <w:spacing w:after="80" w:lineRule="auto" w:line="360"/>
        <w:ind w:firstLine="482"/>
        <w:jc w:val="both"/>
      </w:pPr>
      <w:r>
        <w:rPr>
          <w:rFonts w:ascii="Times New Roman" w:hAnsi="Times New Roman" w:eastAsia="宋体"/>
          <w:b w:val="0"/>
          <w:sz w:val="24"/>
        </w:rPr>
        <w:t>2. 获得推免生资格的学生，在正式入学前有以下情况之一者，取消推免生资格：</w:t>
      </w:r>
    </w:p>
    <w:p>
      <w:pPr>
        <w:spacing w:after="80" w:lineRule="auto" w:line="360"/>
        <w:ind w:firstLine="482"/>
        <w:jc w:val="both"/>
      </w:pPr>
      <w:r>
        <w:rPr>
          <w:rFonts w:ascii="Times New Roman" w:hAnsi="Times New Roman" w:eastAsia="宋体"/>
          <w:b w:val="0"/>
          <w:sz w:val="24"/>
        </w:rPr>
        <w:t>（1）不能按时完成本科阶段学业并取得学士学位者；</w:t>
      </w:r>
    </w:p>
    <w:p>
      <w:pPr>
        <w:spacing w:after="80" w:lineRule="auto" w:line="360"/>
        <w:ind w:firstLine="482"/>
        <w:jc w:val="both"/>
      </w:pPr>
      <w:r>
        <w:rPr>
          <w:rFonts w:ascii="Times New Roman" w:hAnsi="Times New Roman" w:eastAsia="宋体"/>
          <w:b w:val="0"/>
          <w:sz w:val="24"/>
        </w:rPr>
        <w:t>（2）受到法律、行政处罚或学校纪律处分者；</w:t>
      </w:r>
    </w:p>
    <w:p>
      <w:pPr>
        <w:spacing w:after="80" w:lineRule="auto" w:line="360"/>
        <w:ind w:firstLine="482"/>
        <w:jc w:val="both"/>
      </w:pPr>
      <w:r>
        <w:rPr>
          <w:rFonts w:ascii="Times New Roman" w:hAnsi="Times New Roman" w:eastAsia="宋体"/>
          <w:b w:val="0"/>
          <w:sz w:val="24"/>
        </w:rPr>
        <w:t>（3）在申请推免生过程中弄虚作假，有论文抄袭、虚报获奖或科研成果等学术不端行为，或严重影响推免过程和结果公平公正者，一经查实即取消资格，并按学校规定追究处理。</w:t>
      </w:r>
    </w:p>
    <w:p>
      <w:pPr>
        <w:spacing w:after="80" w:lineRule="auto" w:line="360"/>
        <w:ind w:firstLine="482"/>
        <w:jc w:val="both"/>
      </w:pPr>
      <w:r>
        <w:rPr>
          <w:rFonts w:ascii="Times New Roman" w:hAnsi="Times New Roman" w:eastAsia="宋体"/>
          <w:b w:val="0"/>
          <w:sz w:val="24"/>
        </w:rPr>
        <w:t>3. 下一届工作提醒：根据教育部工作提醒，2028年推免工作将整体提前2个月，原9月中旬确定的学校推免资格名单提前至7月下旬完成，招生单位于8月组织考核录取；2028年推免申请材料中所有成绩获得截止时间提前至2027年6月30日，请拟报名同学留意相关通知。</w:t>
      </w:r>
    </w:p>
    <w:p>
      <w:pPr>
        <w:spacing w:after="80" w:lineRule="auto" w:line="360"/>
        <w:ind w:firstLine="482"/>
        <w:jc w:val="both"/>
      </w:pPr>
      <w:r>
        <w:rPr>
          <w:rFonts w:ascii="Times New Roman" w:hAnsi="Times New Roman" w:eastAsia="宋体"/>
          <w:b w:val="0"/>
          <w:sz w:val="24"/>
        </w:rPr>
        <w:t>4. 学院党委监督电话：0595-22693673；学院推免咨询电话：0595-22692178。</w:t>
      </w:r>
    </w:p>
    <w:p>
      <w:pPr>
        <w:spacing w:after="80" w:lineRule="auto" w:line="360"/>
        <w:ind w:firstLine="482"/>
        <w:jc w:val="both"/>
      </w:pPr>
      <w:r>
        <w:rPr>
          <w:rFonts w:ascii="Times New Roman" w:hAnsi="Times New Roman" w:eastAsia="宋体"/>
          <w:b w:val="0"/>
          <w:sz w:val="24"/>
        </w:rPr>
        <w:t>（本通知为预通知，正式推免流程以学校后续通知为准）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