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公示】哲学院2026年推荐免试研究生名单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哲学院2026年推荐免试研究生名单公示。发布日期为2025年9月10日，名单公示期至2025年9月10日。如有异议，请联系哲学院教学办公室022-23508268或邮箱wangqin@nankai.edu.cn。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哲学专业7人，逻辑学专业2人，哲学伯苓班5人。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哲学专业（7人）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综合排名1 2212632 陈韵仪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综合排名2 2211149 郑会恩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逻辑学专业（2人）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综合排名1 2211926 任辰翔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综合排名2 2210279 靳雅涵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综合排名3 2211600 方温祺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综合排名4 2213314 谭书迪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综合排名5 2210087 陈昱杉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哲学伯苓班（5人）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综合排名1 2211926 任辰翔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综合排名2 2210279 靳雅涵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综合排名3 2211600 方温祺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综合排名4 2213314 谭书迪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综合排名5 2210087 陈昱杉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天津市津南区海河教育园区同砚路38号南开大学哲学院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