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关于公布空军军医大学第三附属医院2024年优秀大学生暑期夏令营活动考核评审结果的通知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根据空军军医大学第三附属医院2024年优秀大学生暑期夏令营选拔考核评审情况，现将评审结果予以公布。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发布日期：2024年8月30日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发布单位：空军军医大学第三附属医院（口腔医院）。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发布时间：2024年8月30日 08:28。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发布人：何老师。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联系电话：029-84776025。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邮箱：ywcyjs@163.com。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发布范围：公开。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二、评审结果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本次公布内容为空军军医大学第三附属医院2024年优秀大学生暑期夏令营活动考核评审结果。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具体考核结果见附件：2024年考核结果公示（网上0826）.xlsx。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学校地址：西安市长乐西路169号。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电子邮箱：webmaster@fmmu.edu.cn。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