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北京理工大学法学院2025年“智慧法治人才培养”暑期夏令营参营营员名单公示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本通知公示北京理工大学法学院2025年“智慧法治人才培养”暑期夏令营参营营员名单。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名单共包含45名参营营员，具体信息以报名号和姓名形式列出（部分名单内容因网页截断未完整显示）。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公示信息由法学院提供，编辑周学瑶，审核刘存福。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未提供其他联系方式（如电话或邮箱）。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