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关于公布陕西师范大学马克思主义学院2023年优秀大学生暑期夏令营入营名单的通知-马克思主义学院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发布日期（推定）：2025年7月1日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通知标题：关于公布陕西师范大学马克思主义学院2023年优秀大学生暑期夏令营入营名单的通知。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发布单位：陕西师范大学马克思主义学院。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通知事项：公布2023年优秀大学生暑期夏令营入营名单。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二、入营名单明细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本次通知正文未提供入营名单的具体人数、专业/学院明细、排名或评分方式、公示期等量化信息。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正文中未出现表格内容。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正文中未出现图片内容。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原文仅包含通知标题及栏目导航信息，未包含可提炼的名单数据与公示安排。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如需补充人数、专业/学院明细、排名/评分方式、公示期等信息，请提供包含名单正文或附件的完整内容。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